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929" w:rsidRPr="006C4929" w:rsidRDefault="006C4929" w:rsidP="001F0D3B">
      <w:pPr>
        <w:spacing w:before="100" w:beforeAutospacing="1" w:after="100" w:afterAutospacing="1" w:line="240" w:lineRule="auto"/>
        <w:ind w:left="-567" w:right="327"/>
        <w:jc w:val="center"/>
        <w:outlineLvl w:val="2"/>
        <w:rPr>
          <w:rFonts w:eastAsia="Times New Roman" w:cs="Times New Roman"/>
          <w:b/>
          <w:bCs/>
          <w:sz w:val="28"/>
          <w:szCs w:val="24"/>
        </w:rPr>
      </w:pPr>
      <w:r w:rsidRPr="006C4929">
        <w:rPr>
          <w:rFonts w:eastAsia="Times New Roman" w:cs="Times New Roman"/>
          <w:b/>
          <w:bCs/>
          <w:sz w:val="28"/>
          <w:szCs w:val="24"/>
        </w:rPr>
        <w:t>NAPE ABUJA CHAPTER 2026 FIRST QUARTER REPORT</w:t>
      </w:r>
    </w:p>
    <w:p w:rsidR="006C4929" w:rsidRPr="006C4929" w:rsidRDefault="001C3E0B" w:rsidP="001F0D3B">
      <w:pPr>
        <w:spacing w:before="100" w:beforeAutospacing="1" w:after="100" w:afterAutospacing="1" w:line="240" w:lineRule="auto"/>
        <w:ind w:left="-567" w:right="327"/>
        <w:jc w:val="both"/>
        <w:outlineLvl w:val="2"/>
        <w:rPr>
          <w:rFonts w:eastAsia="Times New Roman" w:cs="Times New Roman"/>
          <w:b/>
          <w:bCs/>
          <w:szCs w:val="24"/>
        </w:rPr>
      </w:pPr>
      <w:r w:rsidRPr="006C4929">
        <w:rPr>
          <w:rFonts w:eastAsia="Times New Roman" w:cs="Times New Roman"/>
          <w:b/>
          <w:bCs/>
          <w:szCs w:val="24"/>
        </w:rPr>
        <w:t>INTRODUCTION</w:t>
      </w:r>
    </w:p>
    <w:p w:rsidR="006C4929" w:rsidRPr="006C4929" w:rsidRDefault="006C4929" w:rsidP="001F0D3B">
      <w:pPr>
        <w:spacing w:before="100" w:beforeAutospacing="1" w:after="100" w:afterAutospacing="1" w:line="240" w:lineRule="auto"/>
        <w:ind w:left="-567" w:right="327"/>
        <w:jc w:val="both"/>
        <w:rPr>
          <w:rFonts w:eastAsia="Times New Roman" w:cs="Times New Roman"/>
          <w:szCs w:val="24"/>
        </w:rPr>
      </w:pPr>
      <w:r w:rsidRPr="006C4929">
        <w:rPr>
          <w:rFonts w:eastAsia="Times New Roman" w:cs="Times New Roman"/>
          <w:szCs w:val="24"/>
        </w:rPr>
        <w:t xml:space="preserve">The Nigerian Association of Petroleum </w:t>
      </w:r>
      <w:proofErr w:type="spellStart"/>
      <w:r w:rsidRPr="006C4929">
        <w:rPr>
          <w:rFonts w:eastAsia="Times New Roman" w:cs="Times New Roman"/>
          <w:szCs w:val="24"/>
        </w:rPr>
        <w:t>Explorationists</w:t>
      </w:r>
      <w:proofErr w:type="spellEnd"/>
      <w:r w:rsidRPr="006C4929">
        <w:rPr>
          <w:rFonts w:eastAsia="Times New Roman" w:cs="Times New Roman"/>
          <w:szCs w:val="24"/>
        </w:rPr>
        <w:t xml:space="preserve"> (NAPE) Abuja Chapter continued to demonstrate strong commitment to professional development, knowledge sharing, and strategic engagement in the first quarter of 2026. Through a series of well-curated </w:t>
      </w:r>
      <w:proofErr w:type="spellStart"/>
      <w:r w:rsidRPr="006C4929">
        <w:rPr>
          <w:rFonts w:eastAsia="Times New Roman" w:cs="Times New Roman"/>
          <w:szCs w:val="24"/>
        </w:rPr>
        <w:t>programmes</w:t>
      </w:r>
      <w:proofErr w:type="spellEnd"/>
      <w:r w:rsidRPr="006C4929">
        <w:rPr>
          <w:rFonts w:eastAsia="Times New Roman" w:cs="Times New Roman"/>
          <w:szCs w:val="24"/>
        </w:rPr>
        <w:t>, the Chapter delivered impactful activities spanning technical capacity building, academic collaboration, youth engagement, and thought leadership within the geoscience and energy community.</w:t>
      </w:r>
    </w:p>
    <w:p w:rsidR="006C4929" w:rsidRPr="006C4929" w:rsidRDefault="006C4929" w:rsidP="001F0D3B">
      <w:pPr>
        <w:spacing w:before="100" w:beforeAutospacing="1" w:after="100" w:afterAutospacing="1" w:line="240" w:lineRule="auto"/>
        <w:ind w:left="-567" w:right="327"/>
        <w:jc w:val="both"/>
        <w:rPr>
          <w:rFonts w:eastAsia="Times New Roman" w:cs="Times New Roman"/>
          <w:szCs w:val="24"/>
        </w:rPr>
      </w:pPr>
      <w:r w:rsidRPr="006C4929">
        <w:rPr>
          <w:rFonts w:eastAsia="Times New Roman" w:cs="Times New Roman"/>
          <w:szCs w:val="24"/>
        </w:rPr>
        <w:t xml:space="preserve">These activities were largely conducted in </w:t>
      </w:r>
      <w:r w:rsidRPr="006C4929">
        <w:rPr>
          <w:rFonts w:eastAsia="Times New Roman" w:cs="Times New Roman"/>
          <w:b/>
          <w:bCs/>
          <w:szCs w:val="24"/>
        </w:rPr>
        <w:t>hybrid formats</w:t>
      </w:r>
      <w:r w:rsidRPr="006C4929">
        <w:rPr>
          <w:rFonts w:eastAsia="Times New Roman" w:cs="Times New Roman"/>
          <w:szCs w:val="24"/>
        </w:rPr>
        <w:t xml:space="preserve">, ensuring broader participation from members across different locations, while also strengthening in-person engagement within Abuja and the wider Northern region. </w:t>
      </w:r>
    </w:p>
    <w:p w:rsidR="006C4929" w:rsidRPr="006C4929" w:rsidRDefault="006C4929" w:rsidP="001F0D3B">
      <w:pPr>
        <w:spacing w:before="100" w:beforeAutospacing="1" w:after="100" w:afterAutospacing="1" w:line="240" w:lineRule="auto"/>
        <w:ind w:left="-567" w:right="327"/>
        <w:jc w:val="both"/>
        <w:rPr>
          <w:rFonts w:eastAsia="Times New Roman" w:cs="Times New Roman"/>
          <w:szCs w:val="24"/>
        </w:rPr>
      </w:pPr>
      <w:r w:rsidRPr="006C4929">
        <w:rPr>
          <w:rFonts w:eastAsia="Times New Roman" w:cs="Times New Roman"/>
          <w:szCs w:val="24"/>
        </w:rPr>
        <w:t>Key highlights of the quarter include technical business meetings addressing emerging industry trends such as GIS applications and machine learning in seismic interpretation, a hands-on capacity development workshop h</w:t>
      </w:r>
      <w:r w:rsidR="001C3E0B">
        <w:rPr>
          <w:rFonts w:eastAsia="Times New Roman" w:cs="Times New Roman"/>
          <w:szCs w:val="24"/>
        </w:rPr>
        <w:t xml:space="preserve">osted in IBB </w:t>
      </w:r>
      <w:proofErr w:type="spellStart"/>
      <w:r w:rsidR="001C3E0B">
        <w:rPr>
          <w:rFonts w:eastAsia="Times New Roman" w:cs="Times New Roman"/>
          <w:szCs w:val="24"/>
        </w:rPr>
        <w:t>Lapai</w:t>
      </w:r>
      <w:proofErr w:type="spellEnd"/>
      <w:r w:rsidR="001C3E0B">
        <w:rPr>
          <w:rFonts w:eastAsia="Times New Roman" w:cs="Times New Roman"/>
          <w:szCs w:val="24"/>
        </w:rPr>
        <w:t>, Niger State</w:t>
      </w:r>
      <w:r w:rsidRPr="006C4929">
        <w:rPr>
          <w:rFonts w:eastAsia="Times New Roman" w:cs="Times New Roman"/>
          <w:szCs w:val="24"/>
        </w:rPr>
        <w:t xml:space="preserve">, a strategic virtual session on well cost optimization, and the successful delivery of the “Catch Them Young” outreach </w:t>
      </w:r>
      <w:proofErr w:type="spellStart"/>
      <w:r w:rsidRPr="006C4929">
        <w:rPr>
          <w:rFonts w:eastAsia="Times New Roman" w:cs="Times New Roman"/>
          <w:szCs w:val="24"/>
        </w:rPr>
        <w:t>programme</w:t>
      </w:r>
      <w:proofErr w:type="spellEnd"/>
      <w:r w:rsidR="001C3E0B">
        <w:rPr>
          <w:rFonts w:eastAsia="Times New Roman" w:cs="Times New Roman"/>
          <w:szCs w:val="24"/>
        </w:rPr>
        <w:t xml:space="preserve"> </w:t>
      </w:r>
      <w:r w:rsidR="001C3E0B" w:rsidRPr="001C3E0B">
        <w:rPr>
          <w:rFonts w:eastAsia="Times New Roman" w:cs="Times New Roman"/>
          <w:szCs w:val="24"/>
        </w:rPr>
        <w:t>and collaborated with the National YP</w:t>
      </w:r>
      <w:r w:rsidR="001C3E0B">
        <w:rPr>
          <w:rFonts w:eastAsia="Times New Roman" w:cs="Times New Roman"/>
          <w:szCs w:val="24"/>
        </w:rPr>
        <w:t xml:space="preserve"> Team</w:t>
      </w:r>
      <w:r w:rsidR="001C3E0B" w:rsidRPr="001C3E0B">
        <w:rPr>
          <w:rFonts w:eastAsia="Times New Roman" w:cs="Times New Roman"/>
          <w:szCs w:val="24"/>
        </w:rPr>
        <w:t xml:space="preserve"> to host a podcast session on </w:t>
      </w:r>
      <w:r w:rsidR="001C3E0B" w:rsidRPr="001C3E0B">
        <w:rPr>
          <w:rFonts w:eastAsia="Times New Roman" w:cs="Times New Roman"/>
          <w:i/>
          <w:iCs/>
          <w:szCs w:val="24"/>
        </w:rPr>
        <w:t>“The Employability Equation: What Actually Gets You Hired in the Oil and Gas Industry,”</w:t>
      </w:r>
      <w:r w:rsidR="001C3E0B" w:rsidRPr="001C3E0B">
        <w:rPr>
          <w:rFonts w:eastAsia="Times New Roman" w:cs="Times New Roman"/>
          <w:szCs w:val="24"/>
        </w:rPr>
        <w:t xml:space="preserve"> which attracted strong participation and ongoing engagement.</w:t>
      </w:r>
      <w:r w:rsidRPr="006C4929">
        <w:rPr>
          <w:rFonts w:eastAsia="Times New Roman" w:cs="Times New Roman"/>
          <w:szCs w:val="24"/>
        </w:rPr>
        <w:t xml:space="preserve"> The Chapter also hosted the landmark </w:t>
      </w:r>
      <w:proofErr w:type="spellStart"/>
      <w:r w:rsidRPr="006C4929">
        <w:rPr>
          <w:rFonts w:eastAsia="Times New Roman" w:cs="Times New Roman"/>
          <w:b/>
          <w:bCs/>
          <w:szCs w:val="24"/>
        </w:rPr>
        <w:t>Rahaman</w:t>
      </w:r>
      <w:proofErr w:type="spellEnd"/>
      <w:r w:rsidRPr="006C4929">
        <w:rPr>
          <w:rFonts w:eastAsia="Times New Roman" w:cs="Times New Roman"/>
          <w:b/>
          <w:bCs/>
          <w:szCs w:val="24"/>
        </w:rPr>
        <w:t xml:space="preserve"> 5.0</w:t>
      </w:r>
      <w:r w:rsidRPr="006C4929">
        <w:rPr>
          <w:rFonts w:eastAsia="Times New Roman" w:cs="Times New Roman"/>
          <w:szCs w:val="24"/>
        </w:rPr>
        <w:t xml:space="preserve"> event in celebration of Prof. Omar </w:t>
      </w:r>
      <w:proofErr w:type="spellStart"/>
      <w:r w:rsidRPr="006C4929">
        <w:rPr>
          <w:rFonts w:eastAsia="Times New Roman" w:cs="Times New Roman"/>
          <w:szCs w:val="24"/>
        </w:rPr>
        <w:t>Rahaman’s</w:t>
      </w:r>
      <w:proofErr w:type="spellEnd"/>
      <w:r w:rsidRPr="006C4929">
        <w:rPr>
          <w:rFonts w:eastAsia="Times New Roman" w:cs="Times New Roman"/>
          <w:szCs w:val="24"/>
        </w:rPr>
        <w:t xml:space="preserve"> 80th birthday, reflecting on his legacy and contributions to African geoscience.</w:t>
      </w:r>
    </w:p>
    <w:p w:rsidR="006C4929" w:rsidRPr="006C4929" w:rsidRDefault="006C4929" w:rsidP="001F0D3B">
      <w:pPr>
        <w:spacing w:before="100" w:beforeAutospacing="1" w:after="100" w:afterAutospacing="1" w:line="240" w:lineRule="auto"/>
        <w:ind w:left="-567" w:right="327"/>
        <w:jc w:val="both"/>
        <w:rPr>
          <w:rFonts w:eastAsia="Times New Roman" w:cs="Times New Roman"/>
          <w:szCs w:val="24"/>
        </w:rPr>
      </w:pPr>
      <w:r w:rsidRPr="006C4929">
        <w:rPr>
          <w:rFonts w:eastAsia="Times New Roman" w:cs="Times New Roman"/>
          <w:szCs w:val="24"/>
        </w:rPr>
        <w:t>Overall, the quarter recorded strong participation from industry professionals, academia, students, and stakeholders, reinforcing the Abuja Chapter’s role as a hub for knowledge exchange, professional growth, and strategic engagement within NAPE.</w:t>
      </w:r>
    </w:p>
    <w:p w:rsidR="00EE31B2" w:rsidRDefault="00EE31B2" w:rsidP="00EE31B2">
      <w:pPr>
        <w:spacing w:before="100" w:beforeAutospacing="1" w:after="100" w:afterAutospacing="1" w:line="240" w:lineRule="auto"/>
        <w:ind w:left="-567" w:right="327"/>
        <w:jc w:val="center"/>
        <w:outlineLvl w:val="2"/>
        <w:rPr>
          <w:rFonts w:eastAsia="Times New Roman" w:cs="Times New Roman"/>
          <w:b/>
          <w:bCs/>
          <w:sz w:val="32"/>
          <w:szCs w:val="24"/>
        </w:rPr>
      </w:pPr>
    </w:p>
    <w:p w:rsidR="002207C2" w:rsidRPr="00EE31B2" w:rsidRDefault="009811E5" w:rsidP="00EE31B2">
      <w:pPr>
        <w:spacing w:before="100" w:beforeAutospacing="1" w:after="100" w:afterAutospacing="1" w:line="240" w:lineRule="auto"/>
        <w:ind w:left="-567" w:right="327"/>
        <w:jc w:val="center"/>
        <w:outlineLvl w:val="2"/>
        <w:rPr>
          <w:rFonts w:eastAsia="Times New Roman" w:cs="Times New Roman"/>
          <w:b/>
          <w:bCs/>
          <w:sz w:val="32"/>
          <w:szCs w:val="24"/>
        </w:rPr>
      </w:pPr>
      <w:r w:rsidRPr="00EE31B2">
        <w:rPr>
          <w:rFonts w:eastAsia="Times New Roman" w:cs="Times New Roman"/>
          <w:b/>
          <w:bCs/>
          <w:sz w:val="32"/>
          <w:szCs w:val="24"/>
        </w:rPr>
        <w:t>JANUARY 2026</w:t>
      </w:r>
    </w:p>
    <w:p w:rsidR="002207C2" w:rsidRPr="006C4929" w:rsidRDefault="009811E5" w:rsidP="001F0D3B">
      <w:pPr>
        <w:pStyle w:val="Heading2"/>
        <w:numPr>
          <w:ilvl w:val="0"/>
          <w:numId w:val="10"/>
        </w:numPr>
        <w:ind w:left="-567" w:right="327" w:firstLine="0"/>
        <w:jc w:val="both"/>
        <w:rPr>
          <w:color w:val="auto"/>
          <w:sz w:val="24"/>
          <w:szCs w:val="24"/>
        </w:rPr>
      </w:pPr>
      <w:r w:rsidRPr="006C4929">
        <w:rPr>
          <w:color w:val="auto"/>
          <w:sz w:val="24"/>
          <w:szCs w:val="24"/>
        </w:rPr>
        <w:t>Catch Them Young Outreach – Community Secondary School, Asokoro</w:t>
      </w:r>
    </w:p>
    <w:p w:rsidR="002207C2" w:rsidRPr="006C4929" w:rsidRDefault="009811E5" w:rsidP="001F0D3B">
      <w:pPr>
        <w:spacing w:after="120" w:line="240" w:lineRule="auto"/>
        <w:ind w:left="-567" w:right="327"/>
        <w:jc w:val="both"/>
        <w:rPr>
          <w:szCs w:val="24"/>
        </w:rPr>
      </w:pPr>
      <w:r w:rsidRPr="001C3E0B">
        <w:rPr>
          <w:b/>
          <w:szCs w:val="24"/>
        </w:rPr>
        <w:t>Date:</w:t>
      </w:r>
      <w:r w:rsidRPr="006C4929">
        <w:rPr>
          <w:szCs w:val="24"/>
        </w:rPr>
        <w:t xml:space="preserve"> 29th January 2026</w:t>
      </w:r>
    </w:p>
    <w:p w:rsidR="002207C2" w:rsidRPr="006C4929" w:rsidRDefault="009811E5" w:rsidP="001F0D3B">
      <w:pPr>
        <w:spacing w:after="120" w:line="240" w:lineRule="auto"/>
        <w:ind w:left="-567" w:right="327"/>
        <w:jc w:val="both"/>
        <w:rPr>
          <w:szCs w:val="24"/>
        </w:rPr>
      </w:pPr>
      <w:r w:rsidRPr="001C3E0B">
        <w:rPr>
          <w:b/>
          <w:szCs w:val="24"/>
        </w:rPr>
        <w:t>Venue:</w:t>
      </w:r>
      <w:r w:rsidRPr="006C4929">
        <w:rPr>
          <w:szCs w:val="24"/>
        </w:rPr>
        <w:t xml:space="preserve"> Community Secondary School (CSS), Asokoro, Abuja</w:t>
      </w:r>
    </w:p>
    <w:p w:rsidR="002207C2" w:rsidRPr="006C4929" w:rsidRDefault="009811E5" w:rsidP="001F0D3B">
      <w:pPr>
        <w:spacing w:after="120" w:line="240" w:lineRule="auto"/>
        <w:ind w:left="-567" w:right="327"/>
        <w:jc w:val="both"/>
        <w:rPr>
          <w:szCs w:val="24"/>
        </w:rPr>
      </w:pPr>
      <w:r w:rsidRPr="001C3E0B">
        <w:rPr>
          <w:b/>
          <w:szCs w:val="24"/>
        </w:rPr>
        <w:t>Mode:</w:t>
      </w:r>
      <w:r w:rsidRPr="006C4929">
        <w:rPr>
          <w:szCs w:val="24"/>
        </w:rPr>
        <w:t xml:space="preserve"> Physical</w:t>
      </w:r>
    </w:p>
    <w:p w:rsidR="002207C2" w:rsidRPr="006C4929" w:rsidRDefault="009811E5" w:rsidP="001F0D3B">
      <w:pPr>
        <w:spacing w:after="120" w:line="240" w:lineRule="auto"/>
        <w:ind w:left="-567" w:right="327"/>
        <w:jc w:val="both"/>
        <w:rPr>
          <w:szCs w:val="24"/>
        </w:rPr>
      </w:pPr>
      <w:r w:rsidRPr="001C3E0B">
        <w:rPr>
          <w:b/>
          <w:szCs w:val="24"/>
        </w:rPr>
        <w:t>Attendance:</w:t>
      </w:r>
      <w:r w:rsidRPr="006C4929">
        <w:rPr>
          <w:szCs w:val="24"/>
        </w:rPr>
        <w:t xml:space="preserve"> ~200 participants</w:t>
      </w:r>
    </w:p>
    <w:p w:rsidR="002207C2" w:rsidRPr="006C4929" w:rsidRDefault="009811E5" w:rsidP="001F0D3B">
      <w:pPr>
        <w:spacing w:after="120" w:line="240" w:lineRule="auto"/>
        <w:ind w:left="-567" w:right="327"/>
        <w:jc w:val="both"/>
        <w:rPr>
          <w:szCs w:val="24"/>
        </w:rPr>
      </w:pPr>
      <w:r w:rsidRPr="001C3E0B">
        <w:rPr>
          <w:b/>
          <w:szCs w:val="24"/>
        </w:rPr>
        <w:t>Sponsor:</w:t>
      </w:r>
      <w:r w:rsidRPr="006C4929">
        <w:rPr>
          <w:szCs w:val="24"/>
        </w:rPr>
        <w:t xml:space="preserve"> NAPE Abuja Chapter</w:t>
      </w:r>
    </w:p>
    <w:p w:rsidR="002207C2" w:rsidRPr="006C4929" w:rsidRDefault="009811E5" w:rsidP="001F0D3B">
      <w:pPr>
        <w:spacing w:after="120" w:line="240" w:lineRule="auto"/>
        <w:ind w:left="-567" w:right="327"/>
        <w:jc w:val="both"/>
        <w:rPr>
          <w:szCs w:val="24"/>
        </w:rPr>
      </w:pPr>
      <w:r w:rsidRPr="001C3E0B">
        <w:rPr>
          <w:b/>
          <w:szCs w:val="24"/>
        </w:rPr>
        <w:t>Chairman:</w:t>
      </w:r>
      <w:r w:rsidR="001C3E0B">
        <w:rPr>
          <w:szCs w:val="24"/>
        </w:rPr>
        <w:t xml:space="preserve"> School Principal</w:t>
      </w:r>
    </w:p>
    <w:p w:rsidR="002207C2" w:rsidRPr="006C4929" w:rsidRDefault="009811E5" w:rsidP="001F0D3B">
      <w:pPr>
        <w:ind w:left="-567" w:right="327"/>
        <w:jc w:val="both"/>
        <w:rPr>
          <w:szCs w:val="24"/>
        </w:rPr>
      </w:pPr>
      <w:r w:rsidRPr="001C3E0B">
        <w:rPr>
          <w:b/>
          <w:szCs w:val="24"/>
        </w:rPr>
        <w:t>Summary</w:t>
      </w:r>
      <w:r w:rsidRPr="006C4929">
        <w:rPr>
          <w:szCs w:val="24"/>
        </w:rPr>
        <w:t>:</w:t>
      </w:r>
    </w:p>
    <w:p w:rsidR="002207C2" w:rsidRPr="006C4929" w:rsidRDefault="009811E5" w:rsidP="001F0D3B">
      <w:pPr>
        <w:ind w:left="-567" w:right="327"/>
        <w:jc w:val="both"/>
        <w:rPr>
          <w:szCs w:val="24"/>
        </w:rPr>
      </w:pPr>
      <w:r w:rsidRPr="006C4929">
        <w:rPr>
          <w:szCs w:val="24"/>
        </w:rPr>
        <w:t>The Abuja Chapter conducted a career sensitization outreach aimed at inspiring secondary school students to pursue careers in geoscience and the energy sector. Students were introduced to career pathways and relevant subject combinations. Educational mater</w:t>
      </w:r>
      <w:r w:rsidRPr="006C4929">
        <w:rPr>
          <w:szCs w:val="24"/>
        </w:rPr>
        <w:t>ials were distributed, and the session recorded strong engagement and interest.</w:t>
      </w:r>
    </w:p>
    <w:p w:rsidR="002207C2" w:rsidRPr="006C4929" w:rsidRDefault="009811E5" w:rsidP="001F0D3B">
      <w:pPr>
        <w:ind w:left="-567" w:right="327"/>
        <w:jc w:val="both"/>
        <w:rPr>
          <w:szCs w:val="24"/>
        </w:rPr>
      </w:pPr>
      <w:r w:rsidRPr="009F5F05">
        <w:rPr>
          <w:b/>
          <w:szCs w:val="24"/>
        </w:rPr>
        <w:t>Key Outcome:</w:t>
      </w:r>
      <w:r w:rsidRPr="006C4929">
        <w:rPr>
          <w:szCs w:val="24"/>
        </w:rPr>
        <w:t xml:space="preserve"> Increased awareness and early interest in </w:t>
      </w:r>
      <w:r w:rsidR="009F5F05">
        <w:rPr>
          <w:szCs w:val="24"/>
        </w:rPr>
        <w:t xml:space="preserve">geology and </w:t>
      </w:r>
      <w:r w:rsidRPr="006C4929">
        <w:rPr>
          <w:szCs w:val="24"/>
        </w:rPr>
        <w:t>geoscience careers.</w:t>
      </w:r>
    </w:p>
    <w:p w:rsidR="001C3E0B" w:rsidRDefault="001C3E0B" w:rsidP="00EE31B2">
      <w:pPr>
        <w:pStyle w:val="Heading1"/>
        <w:ind w:left="-709" w:right="-99"/>
        <w:jc w:val="both"/>
        <w:rPr>
          <w:noProof/>
          <w:color w:val="auto"/>
          <w:sz w:val="24"/>
          <w:szCs w:val="24"/>
        </w:rPr>
      </w:pPr>
      <w:r>
        <w:rPr>
          <w:noProof/>
        </w:rPr>
        <w:lastRenderedPageBreak/>
        <w:t xml:space="preserve"> </w:t>
      </w:r>
      <w:r>
        <w:rPr>
          <w:noProof/>
        </w:rPr>
        <w:drawing>
          <wp:inline distT="0" distB="0" distL="0" distR="0" wp14:anchorId="4CF97655" wp14:editId="193D7672">
            <wp:extent cx="2520363" cy="161972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14166"/>
                    <a:stretch/>
                  </pic:blipFill>
                  <pic:spPr bwMode="auto">
                    <a:xfrm>
                      <a:off x="0" y="0"/>
                      <a:ext cx="2629513" cy="168986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9F5F05">
        <w:rPr>
          <w:noProof/>
        </w:rPr>
        <w:t xml:space="preserve"> </w:t>
      </w:r>
      <w:r>
        <w:rPr>
          <w:noProof/>
        </w:rPr>
        <w:t xml:space="preserve"> </w:t>
      </w:r>
      <w:r>
        <w:rPr>
          <w:noProof/>
          <w:color w:val="auto"/>
          <w:sz w:val="24"/>
          <w:szCs w:val="24"/>
        </w:rPr>
        <w:t xml:space="preserve">  </w:t>
      </w:r>
      <w:r>
        <w:rPr>
          <w:noProof/>
          <w:color w:val="auto"/>
          <w:sz w:val="24"/>
          <w:szCs w:val="24"/>
        </w:rPr>
        <w:drawing>
          <wp:inline distT="0" distB="0" distL="0" distR="0" wp14:anchorId="0C9EF604">
            <wp:extent cx="1396057" cy="15131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6955" cy="1524970"/>
                    </a:xfrm>
                    <a:prstGeom prst="rect">
                      <a:avLst/>
                    </a:prstGeom>
                    <a:noFill/>
                  </pic:spPr>
                </pic:pic>
              </a:graphicData>
            </a:graphic>
          </wp:inline>
        </w:drawing>
      </w:r>
      <w:r w:rsidR="009F5F05">
        <w:rPr>
          <w:noProof/>
          <w:color w:val="auto"/>
          <w:sz w:val="24"/>
          <w:szCs w:val="24"/>
        </w:rPr>
        <w:t xml:space="preserve">    </w:t>
      </w:r>
      <w:r>
        <w:rPr>
          <w:noProof/>
          <w:color w:val="auto"/>
          <w:sz w:val="24"/>
          <w:szCs w:val="24"/>
        </w:rPr>
        <w:t xml:space="preserve"> </w:t>
      </w:r>
      <w:r w:rsidRPr="00174619">
        <w:rPr>
          <w:noProof/>
        </w:rPr>
        <w:drawing>
          <wp:inline distT="0" distB="0" distL="0" distR="0" wp14:anchorId="687CE8AD" wp14:editId="1AF71B21">
            <wp:extent cx="2735516" cy="1618475"/>
            <wp:effectExtent l="0" t="0" r="8255" b="1270"/>
            <wp:docPr id="9" name="Picture 9" descr="C:\Users\maria\Desktop\NAPE AND COMEG\EVENTS\CTY_29_01_2026_CSS\173b31b7-e962-4f56-9831-14cbe177a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aria\Desktop\NAPE AND COMEG\EVENTS\CTY_29_01_2026_CSS\173b31b7-e962-4f56-9831-14cbe177a146.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47" b="13370"/>
                    <a:stretch/>
                  </pic:blipFill>
                  <pic:spPr bwMode="auto">
                    <a:xfrm>
                      <a:off x="0" y="0"/>
                      <a:ext cx="2850397" cy="1686445"/>
                    </a:xfrm>
                    <a:prstGeom prst="rect">
                      <a:avLst/>
                    </a:prstGeom>
                    <a:noFill/>
                    <a:ln>
                      <a:noFill/>
                    </a:ln>
                    <a:extLst>
                      <a:ext uri="{53640926-AAD7-44D8-BBD7-CCE9431645EC}">
                        <a14:shadowObscured xmlns:a14="http://schemas.microsoft.com/office/drawing/2010/main"/>
                      </a:ext>
                    </a:extLst>
                  </pic:spPr>
                </pic:pic>
              </a:graphicData>
            </a:graphic>
          </wp:inline>
        </w:drawing>
      </w:r>
    </w:p>
    <w:p w:rsidR="001C3E0B" w:rsidRDefault="001C3E0B" w:rsidP="00EE31B2">
      <w:pPr>
        <w:pStyle w:val="Heading1"/>
        <w:ind w:left="-709" w:right="-99"/>
        <w:jc w:val="center"/>
        <w:rPr>
          <w:color w:val="auto"/>
          <w:sz w:val="24"/>
          <w:szCs w:val="24"/>
        </w:rPr>
      </w:pPr>
      <w:r>
        <w:rPr>
          <w:noProof/>
          <w:color w:val="auto"/>
          <w:sz w:val="24"/>
          <w:szCs w:val="24"/>
        </w:rPr>
        <w:drawing>
          <wp:inline distT="0" distB="0" distL="0" distR="0" wp14:anchorId="026C6E3B">
            <wp:extent cx="2320578" cy="1577080"/>
            <wp:effectExtent l="0" t="0" r="381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2067" cy="1584888"/>
                    </a:xfrm>
                    <a:prstGeom prst="rect">
                      <a:avLst/>
                    </a:prstGeom>
                    <a:noFill/>
                  </pic:spPr>
                </pic:pic>
              </a:graphicData>
            </a:graphic>
          </wp:inline>
        </w:drawing>
      </w:r>
      <w:r w:rsidRPr="00174619">
        <w:rPr>
          <w:noProof/>
        </w:rPr>
        <w:drawing>
          <wp:inline distT="0" distB="0" distL="0" distR="0" wp14:anchorId="30FE174A" wp14:editId="1ED04654">
            <wp:extent cx="1865472" cy="1582746"/>
            <wp:effectExtent l="0" t="0" r="1905" b="0"/>
            <wp:docPr id="18" name="Picture 18" descr="C:\Users\maria\Desktop\NAPE AND COMEG\EVENTS\CTY_29_01_2026_CSS\b30fa383-086c-4d6f-a66d-db868052cc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maria\Desktop\NAPE AND COMEG\EVENTS\CTY_29_01_2026_CSS\b30fa383-086c-4d6f-a66d-db868052cc66.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453" t="7888" r="10119"/>
                    <a:stretch/>
                  </pic:blipFill>
                  <pic:spPr bwMode="auto">
                    <a:xfrm>
                      <a:off x="0" y="0"/>
                      <a:ext cx="1912715" cy="1622829"/>
                    </a:xfrm>
                    <a:prstGeom prst="rect">
                      <a:avLst/>
                    </a:prstGeom>
                    <a:noFill/>
                    <a:ln>
                      <a:noFill/>
                    </a:ln>
                    <a:extLst>
                      <a:ext uri="{53640926-AAD7-44D8-BBD7-CCE9431645EC}">
                        <a14:shadowObscured xmlns:a14="http://schemas.microsoft.com/office/drawing/2010/main"/>
                      </a:ext>
                    </a:extLst>
                  </pic:spPr>
                </pic:pic>
              </a:graphicData>
            </a:graphic>
          </wp:inline>
        </w:drawing>
      </w:r>
      <w:r w:rsidRPr="003915FC">
        <w:rPr>
          <w:noProof/>
          <w:sz w:val="24"/>
        </w:rPr>
        <w:drawing>
          <wp:inline distT="0" distB="0" distL="0" distR="0" wp14:anchorId="4997F924" wp14:editId="663DC6DF">
            <wp:extent cx="2264677" cy="1576705"/>
            <wp:effectExtent l="0" t="0" r="2540" b="4445"/>
            <wp:docPr id="8" name="Picture 8" descr="C:\Users\maria\Desktop\NAPE AND COMEG\EVENTS\CTY_29_01_2026_CSS\N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aria\Desktop\NAPE AND COMEG\EVENTS\CTY_29_01_2026_CSS\NAP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82" r="10933" b="16143"/>
                    <a:stretch/>
                  </pic:blipFill>
                  <pic:spPr bwMode="auto">
                    <a:xfrm>
                      <a:off x="0" y="0"/>
                      <a:ext cx="2336122" cy="1626446"/>
                    </a:xfrm>
                    <a:prstGeom prst="rect">
                      <a:avLst/>
                    </a:prstGeom>
                    <a:noFill/>
                    <a:ln>
                      <a:noFill/>
                    </a:ln>
                    <a:extLst>
                      <a:ext uri="{53640926-AAD7-44D8-BBD7-CCE9431645EC}">
                        <a14:shadowObscured xmlns:a14="http://schemas.microsoft.com/office/drawing/2010/main"/>
                      </a:ext>
                    </a:extLst>
                  </pic:spPr>
                </pic:pic>
              </a:graphicData>
            </a:graphic>
          </wp:inline>
        </w:drawing>
      </w:r>
      <w:r w:rsidRPr="00FF7072">
        <w:rPr>
          <w:noProof/>
        </w:rPr>
        <w:drawing>
          <wp:inline distT="0" distB="0" distL="0" distR="0" wp14:anchorId="771377DB" wp14:editId="40E9FA67">
            <wp:extent cx="5946371" cy="3145325"/>
            <wp:effectExtent l="0" t="0" r="0" b="0"/>
            <wp:docPr id="31" name="Picture 31" descr="C:\Users\maria\Desktop\NAPE AND COMEG\EVENTS\CTY_29_01_2026_CSS\1c71b41d-c424-42c4-9897-6bbf03049c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maria\Desktop\NAPE AND COMEG\EVENTS\CTY_29_01_2026_CSS\1c71b41d-c424-42c4-9897-6bbf03049c05.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29469"/>
                    <a:stretch/>
                  </pic:blipFill>
                  <pic:spPr bwMode="auto">
                    <a:xfrm>
                      <a:off x="0" y="0"/>
                      <a:ext cx="5978529" cy="3162335"/>
                    </a:xfrm>
                    <a:prstGeom prst="rect">
                      <a:avLst/>
                    </a:prstGeom>
                    <a:noFill/>
                    <a:ln>
                      <a:noFill/>
                    </a:ln>
                    <a:extLst>
                      <a:ext uri="{53640926-AAD7-44D8-BBD7-CCE9431645EC}">
                        <a14:shadowObscured xmlns:a14="http://schemas.microsoft.com/office/drawing/2010/main"/>
                      </a:ext>
                    </a:extLst>
                  </pic:spPr>
                </pic:pic>
              </a:graphicData>
            </a:graphic>
          </wp:inline>
        </w:drawing>
      </w:r>
    </w:p>
    <w:p w:rsidR="001F0D3B" w:rsidRDefault="001F0D3B" w:rsidP="009F5F05">
      <w:pPr>
        <w:spacing w:before="100" w:beforeAutospacing="1" w:after="100" w:afterAutospacing="1" w:line="240" w:lineRule="auto"/>
        <w:jc w:val="both"/>
        <w:outlineLvl w:val="2"/>
        <w:rPr>
          <w:rFonts w:eastAsia="Times New Roman" w:cs="Times New Roman"/>
          <w:b/>
          <w:bCs/>
          <w:szCs w:val="24"/>
        </w:rPr>
      </w:pPr>
    </w:p>
    <w:p w:rsidR="00EE31B2" w:rsidRDefault="00EE31B2" w:rsidP="001F0D3B">
      <w:pPr>
        <w:spacing w:before="100" w:beforeAutospacing="1" w:after="100" w:afterAutospacing="1" w:line="240" w:lineRule="auto"/>
        <w:ind w:right="284"/>
        <w:jc w:val="both"/>
        <w:outlineLvl w:val="2"/>
        <w:rPr>
          <w:rFonts w:eastAsia="Times New Roman" w:cs="Times New Roman"/>
          <w:b/>
          <w:bCs/>
          <w:szCs w:val="24"/>
        </w:rPr>
      </w:pPr>
    </w:p>
    <w:p w:rsidR="00EE31B2" w:rsidRDefault="00EE31B2" w:rsidP="001F0D3B">
      <w:pPr>
        <w:spacing w:before="100" w:beforeAutospacing="1" w:after="100" w:afterAutospacing="1" w:line="240" w:lineRule="auto"/>
        <w:ind w:right="284"/>
        <w:jc w:val="both"/>
        <w:outlineLvl w:val="2"/>
        <w:rPr>
          <w:rFonts w:eastAsia="Times New Roman" w:cs="Times New Roman"/>
          <w:b/>
          <w:bCs/>
          <w:szCs w:val="24"/>
        </w:rPr>
      </w:pPr>
    </w:p>
    <w:p w:rsidR="00EE31B2" w:rsidRDefault="00EE31B2" w:rsidP="001F0D3B">
      <w:pPr>
        <w:spacing w:before="100" w:beforeAutospacing="1" w:after="100" w:afterAutospacing="1" w:line="240" w:lineRule="auto"/>
        <w:ind w:right="284"/>
        <w:jc w:val="both"/>
        <w:outlineLvl w:val="2"/>
        <w:rPr>
          <w:rFonts w:eastAsia="Times New Roman" w:cs="Times New Roman"/>
          <w:b/>
          <w:bCs/>
          <w:szCs w:val="24"/>
        </w:rPr>
      </w:pPr>
    </w:p>
    <w:p w:rsidR="00EE31B2" w:rsidRDefault="00EE31B2" w:rsidP="001F0D3B">
      <w:pPr>
        <w:spacing w:before="100" w:beforeAutospacing="1" w:after="100" w:afterAutospacing="1" w:line="240" w:lineRule="auto"/>
        <w:ind w:right="284"/>
        <w:jc w:val="both"/>
        <w:outlineLvl w:val="2"/>
        <w:rPr>
          <w:rFonts w:eastAsia="Times New Roman" w:cs="Times New Roman"/>
          <w:b/>
          <w:bCs/>
          <w:szCs w:val="24"/>
        </w:rPr>
      </w:pPr>
    </w:p>
    <w:p w:rsidR="00EE31B2" w:rsidRDefault="00EE31B2" w:rsidP="001F0D3B">
      <w:pPr>
        <w:spacing w:before="100" w:beforeAutospacing="1" w:after="100" w:afterAutospacing="1" w:line="240" w:lineRule="auto"/>
        <w:ind w:right="284"/>
        <w:jc w:val="both"/>
        <w:outlineLvl w:val="2"/>
        <w:rPr>
          <w:rFonts w:eastAsia="Times New Roman" w:cs="Times New Roman"/>
          <w:b/>
          <w:bCs/>
          <w:szCs w:val="24"/>
        </w:rPr>
      </w:pPr>
    </w:p>
    <w:p w:rsidR="002207C2" w:rsidRPr="00EE31B2" w:rsidRDefault="009811E5" w:rsidP="00EE31B2">
      <w:pPr>
        <w:spacing w:before="100" w:beforeAutospacing="1" w:after="100" w:afterAutospacing="1" w:line="240" w:lineRule="auto"/>
        <w:ind w:right="284"/>
        <w:jc w:val="center"/>
        <w:outlineLvl w:val="2"/>
        <w:rPr>
          <w:rFonts w:eastAsia="Times New Roman" w:cs="Times New Roman"/>
          <w:b/>
          <w:bCs/>
          <w:sz w:val="32"/>
          <w:szCs w:val="24"/>
        </w:rPr>
      </w:pPr>
      <w:r w:rsidRPr="00EE31B2">
        <w:rPr>
          <w:rFonts w:eastAsia="Times New Roman" w:cs="Times New Roman"/>
          <w:b/>
          <w:bCs/>
          <w:sz w:val="32"/>
          <w:szCs w:val="24"/>
        </w:rPr>
        <w:lastRenderedPageBreak/>
        <w:t>FEBRUARY 2026</w:t>
      </w:r>
    </w:p>
    <w:p w:rsidR="002207C2" w:rsidRPr="006C4929" w:rsidRDefault="00EE31B2" w:rsidP="001F0D3B">
      <w:pPr>
        <w:pStyle w:val="Heading2"/>
        <w:numPr>
          <w:ilvl w:val="0"/>
          <w:numId w:val="10"/>
        </w:numPr>
        <w:spacing w:line="360" w:lineRule="auto"/>
        <w:ind w:left="0" w:right="284"/>
        <w:jc w:val="both"/>
        <w:rPr>
          <w:color w:val="auto"/>
          <w:sz w:val="24"/>
          <w:szCs w:val="24"/>
        </w:rPr>
      </w:pPr>
      <w:r>
        <w:rPr>
          <w:noProof/>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3528568</wp:posOffset>
                </wp:positionH>
                <wp:positionV relativeFrom="paragraph">
                  <wp:posOffset>269113</wp:posOffset>
                </wp:positionV>
                <wp:extent cx="1833372" cy="2098548"/>
                <wp:effectExtent l="0" t="0" r="0" b="0"/>
                <wp:wrapNone/>
                <wp:docPr id="4" name="Text Box 4"/>
                <wp:cNvGraphicFramePr/>
                <a:graphic xmlns:a="http://schemas.openxmlformats.org/drawingml/2006/main">
                  <a:graphicData uri="http://schemas.microsoft.com/office/word/2010/wordprocessingShape">
                    <wps:wsp>
                      <wps:cNvSpPr txBox="1"/>
                      <wps:spPr>
                        <a:xfrm>
                          <a:off x="0" y="0"/>
                          <a:ext cx="1833372" cy="2098548"/>
                        </a:xfrm>
                        <a:prstGeom prst="rect">
                          <a:avLst/>
                        </a:prstGeom>
                        <a:solidFill>
                          <a:schemeClr val="lt1"/>
                        </a:solidFill>
                        <a:ln w="6350">
                          <a:noFill/>
                        </a:ln>
                      </wps:spPr>
                      <wps:txbx>
                        <w:txbxContent>
                          <w:p w:rsidR="00EE31B2" w:rsidRPr="00EE31B2" w:rsidRDefault="00EE31B2">
                            <w:r w:rsidRPr="00EE31B2">
                              <w:drawing>
                                <wp:inline distT="0" distB="0" distL="0" distR="0" wp14:anchorId="2DE0E54F" wp14:editId="27C9D9BF">
                                  <wp:extent cx="1577340" cy="1970488"/>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0917" cy="19749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77.85pt;margin-top:21.2pt;width:144.35pt;height:1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" fillcolor="white [3201]" stroked="f" strokeweight=".5pt">
                <v:textbox>
                  <w:txbxContent>
                    <w:p w:rsidR="00EE31B2" w:rsidRPr="00EE31B2" w:rsidRDefault="00EE31B2">
                      <w:r w:rsidRPr="00EE31B2">
                        <w:drawing>
                          <wp:inline distT="0" distB="0" distL="0" distR="0" wp14:anchorId="2DE0E54F" wp14:editId="27C9D9BF">
                            <wp:extent cx="1577340" cy="1970488"/>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0917" cy="1974956"/>
                                    </a:xfrm>
                                    <a:prstGeom prst="rect">
                                      <a:avLst/>
                                    </a:prstGeom>
                                    <a:noFill/>
                                    <a:ln>
                                      <a:noFill/>
                                    </a:ln>
                                  </pic:spPr>
                                </pic:pic>
                              </a:graphicData>
                            </a:graphic>
                          </wp:inline>
                        </w:drawing>
                      </w:r>
                    </w:p>
                  </w:txbxContent>
                </v:textbox>
              </v:shape>
            </w:pict>
          </mc:Fallback>
        </mc:AlternateContent>
      </w:r>
      <w:r w:rsidR="009811E5" w:rsidRPr="006C4929">
        <w:rPr>
          <w:color w:val="auto"/>
          <w:sz w:val="24"/>
          <w:szCs w:val="24"/>
        </w:rPr>
        <w:t>T</w:t>
      </w:r>
      <w:r w:rsidR="009811E5" w:rsidRPr="006C4929">
        <w:rPr>
          <w:color w:val="auto"/>
          <w:sz w:val="24"/>
          <w:szCs w:val="24"/>
        </w:rPr>
        <w:t>echnical Business Meeting – Morphodynamics of Niger Delta Deposits</w:t>
      </w:r>
    </w:p>
    <w:p w:rsidR="002207C2" w:rsidRPr="006C4929" w:rsidRDefault="009811E5" w:rsidP="001F0D3B">
      <w:pPr>
        <w:spacing w:line="240" w:lineRule="auto"/>
        <w:ind w:right="284"/>
        <w:jc w:val="both"/>
        <w:rPr>
          <w:szCs w:val="24"/>
        </w:rPr>
      </w:pPr>
      <w:r w:rsidRPr="009F5F05">
        <w:rPr>
          <w:b/>
          <w:szCs w:val="24"/>
        </w:rPr>
        <w:t>Date:</w:t>
      </w:r>
      <w:r w:rsidRPr="006C4929">
        <w:rPr>
          <w:szCs w:val="24"/>
        </w:rPr>
        <w:t xml:space="preserve"> 12th February</w:t>
      </w:r>
      <w:r w:rsidRPr="006C4929">
        <w:rPr>
          <w:szCs w:val="24"/>
        </w:rPr>
        <w:t xml:space="preserve"> 2026</w:t>
      </w:r>
    </w:p>
    <w:p w:rsidR="002207C2" w:rsidRPr="006C4929" w:rsidRDefault="009811E5" w:rsidP="001F0D3B">
      <w:pPr>
        <w:spacing w:line="240" w:lineRule="auto"/>
        <w:ind w:right="284"/>
        <w:jc w:val="both"/>
        <w:rPr>
          <w:szCs w:val="24"/>
        </w:rPr>
      </w:pPr>
      <w:r w:rsidRPr="009F5F05">
        <w:rPr>
          <w:b/>
          <w:szCs w:val="24"/>
        </w:rPr>
        <w:t>Venue:</w:t>
      </w:r>
      <w:r w:rsidRPr="006C4929">
        <w:rPr>
          <w:szCs w:val="24"/>
        </w:rPr>
        <w:t xml:space="preserve"> PTDF Towers, Abuja</w:t>
      </w:r>
    </w:p>
    <w:p w:rsidR="002207C2" w:rsidRPr="006C4929" w:rsidRDefault="009811E5" w:rsidP="001F0D3B">
      <w:pPr>
        <w:spacing w:before="100" w:beforeAutospacing="1" w:after="100" w:afterAutospacing="1" w:line="240" w:lineRule="auto"/>
        <w:ind w:right="284"/>
        <w:jc w:val="both"/>
        <w:outlineLvl w:val="2"/>
        <w:rPr>
          <w:szCs w:val="24"/>
        </w:rPr>
      </w:pPr>
      <w:r w:rsidRPr="009F5F05">
        <w:rPr>
          <w:b/>
          <w:szCs w:val="24"/>
        </w:rPr>
        <w:t>Mode:</w:t>
      </w:r>
      <w:r w:rsidRPr="006C4929">
        <w:rPr>
          <w:szCs w:val="24"/>
        </w:rPr>
        <w:t xml:space="preserve"> Hybrid</w:t>
      </w:r>
    </w:p>
    <w:p w:rsidR="002207C2" w:rsidRPr="006C4929" w:rsidRDefault="009811E5" w:rsidP="001F0D3B">
      <w:pPr>
        <w:spacing w:line="240" w:lineRule="auto"/>
        <w:ind w:right="284"/>
        <w:jc w:val="both"/>
        <w:rPr>
          <w:szCs w:val="24"/>
        </w:rPr>
      </w:pPr>
      <w:r w:rsidRPr="009F5F05">
        <w:rPr>
          <w:b/>
          <w:szCs w:val="24"/>
        </w:rPr>
        <w:t>Attendance:</w:t>
      </w:r>
      <w:r w:rsidRPr="006C4929">
        <w:rPr>
          <w:szCs w:val="24"/>
        </w:rPr>
        <w:t xml:space="preserve"> ~120 participants</w:t>
      </w:r>
    </w:p>
    <w:p w:rsidR="002207C2" w:rsidRPr="006C4929" w:rsidRDefault="009811E5" w:rsidP="001F0D3B">
      <w:pPr>
        <w:spacing w:line="240" w:lineRule="auto"/>
        <w:ind w:right="284"/>
        <w:jc w:val="both"/>
        <w:rPr>
          <w:szCs w:val="24"/>
        </w:rPr>
      </w:pPr>
      <w:r w:rsidRPr="009F5F05">
        <w:rPr>
          <w:b/>
          <w:szCs w:val="24"/>
        </w:rPr>
        <w:t>Sponsor:</w:t>
      </w:r>
      <w:r w:rsidRPr="006C4929">
        <w:rPr>
          <w:szCs w:val="24"/>
        </w:rPr>
        <w:t xml:space="preserve"> Emmanuel Mac-Jaja (NUPRC)</w:t>
      </w:r>
    </w:p>
    <w:p w:rsidR="002207C2" w:rsidRPr="006C4929" w:rsidRDefault="009811E5" w:rsidP="001F0D3B">
      <w:pPr>
        <w:spacing w:line="240" w:lineRule="auto"/>
        <w:ind w:right="284"/>
        <w:jc w:val="both"/>
        <w:rPr>
          <w:szCs w:val="24"/>
        </w:rPr>
      </w:pPr>
      <w:r w:rsidRPr="009F5F05">
        <w:rPr>
          <w:b/>
          <w:szCs w:val="24"/>
        </w:rPr>
        <w:t>Chairman:</w:t>
      </w:r>
      <w:r w:rsidRPr="006C4929">
        <w:rPr>
          <w:szCs w:val="24"/>
        </w:rPr>
        <w:t xml:space="preserve"> Dr. Mohamed Malah</w:t>
      </w:r>
    </w:p>
    <w:p w:rsidR="002207C2" w:rsidRPr="009F5F05" w:rsidRDefault="009811E5" w:rsidP="001F0D3B">
      <w:pPr>
        <w:ind w:right="284"/>
        <w:jc w:val="both"/>
        <w:rPr>
          <w:b/>
          <w:szCs w:val="24"/>
        </w:rPr>
      </w:pPr>
      <w:r w:rsidRPr="009F5F05">
        <w:rPr>
          <w:b/>
          <w:szCs w:val="24"/>
        </w:rPr>
        <w:t>Summary:</w:t>
      </w:r>
    </w:p>
    <w:p w:rsidR="002207C2" w:rsidRPr="006C4929" w:rsidRDefault="009811E5" w:rsidP="001F0D3B">
      <w:pPr>
        <w:ind w:right="284"/>
        <w:jc w:val="both"/>
        <w:rPr>
          <w:szCs w:val="24"/>
        </w:rPr>
      </w:pPr>
      <w:r w:rsidRPr="006C4929">
        <w:rPr>
          <w:szCs w:val="24"/>
        </w:rPr>
        <w:t>The meeting focused on the application of GIS in understanding deltaic systems and reclassifying the Niger D</w:t>
      </w:r>
      <w:r w:rsidRPr="006C4929">
        <w:rPr>
          <w:szCs w:val="24"/>
        </w:rPr>
        <w:t>elta. Discussions emphasized integrating seismic data to improve exploration outcomes.</w:t>
      </w:r>
    </w:p>
    <w:p w:rsidR="002207C2" w:rsidRDefault="009811E5" w:rsidP="001F0D3B">
      <w:pPr>
        <w:ind w:right="284"/>
        <w:jc w:val="both"/>
        <w:rPr>
          <w:szCs w:val="24"/>
        </w:rPr>
      </w:pPr>
      <w:r w:rsidRPr="009F5F05">
        <w:rPr>
          <w:b/>
          <w:szCs w:val="24"/>
        </w:rPr>
        <w:t>Key Outcome:</w:t>
      </w:r>
      <w:r w:rsidRPr="006C4929">
        <w:rPr>
          <w:szCs w:val="24"/>
        </w:rPr>
        <w:t xml:space="preserve"> Enhanced understanding of delta systems and reservoir modelling.</w:t>
      </w:r>
    </w:p>
    <w:p w:rsidR="001812EC" w:rsidRDefault="00EE31B2" w:rsidP="001812EC">
      <w:pPr>
        <w:jc w:val="both"/>
        <w:rPr>
          <w:noProof/>
          <w:szCs w:val="24"/>
        </w:rPr>
      </w:pPr>
      <w:r w:rsidRPr="00EE31B2">
        <w:rPr>
          <w:noProof/>
          <w:szCs w:val="24"/>
        </w:rPr>
        <w:drawing>
          <wp:inline distT="0" distB="0" distL="0" distR="0">
            <wp:extent cx="2914683" cy="1945640"/>
            <wp:effectExtent l="0" t="0" r="0" b="0"/>
            <wp:docPr id="6" name="Picture 6" descr="C:\Users\maria\Desktop\NAPE AND COMEG\EVENTS\FEBRUARY 2026\T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ria\Desktop\NAPE AND COMEG\EVENTS\FEBRUARY 2026\TM 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5368" cy="1959448"/>
                    </a:xfrm>
                    <a:prstGeom prst="rect">
                      <a:avLst/>
                    </a:prstGeom>
                    <a:noFill/>
                    <a:ln>
                      <a:noFill/>
                    </a:ln>
                  </pic:spPr>
                </pic:pic>
              </a:graphicData>
            </a:graphic>
          </wp:inline>
        </w:drawing>
      </w:r>
      <w:r>
        <w:rPr>
          <w:szCs w:val="24"/>
        </w:rPr>
        <w:t xml:space="preserve"> </w:t>
      </w:r>
      <w:r>
        <w:rPr>
          <w:noProof/>
          <w:szCs w:val="24"/>
        </w:rPr>
        <w:t xml:space="preserve">      </w:t>
      </w:r>
      <w:r w:rsidRPr="00EE31B2">
        <w:rPr>
          <w:noProof/>
          <w:szCs w:val="24"/>
        </w:rPr>
        <w:drawing>
          <wp:inline distT="0" distB="0" distL="0" distR="0">
            <wp:extent cx="2901696" cy="1933867"/>
            <wp:effectExtent l="0" t="0" r="0" b="9525"/>
            <wp:docPr id="7" name="Picture 7" descr="C:\Users\maria\Desktop\NAPE AND COMEG\EVENTS\FEBRUARY 2026\TM 1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ia\Desktop\NAPE AND COMEG\EVENTS\FEBRUARY 2026\TM 1A.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3176" cy="1968176"/>
                    </a:xfrm>
                    <a:prstGeom prst="rect">
                      <a:avLst/>
                    </a:prstGeom>
                    <a:noFill/>
                    <a:ln>
                      <a:noFill/>
                    </a:ln>
                  </pic:spPr>
                </pic:pic>
              </a:graphicData>
            </a:graphic>
          </wp:inline>
        </w:drawing>
      </w:r>
    </w:p>
    <w:p w:rsidR="00EE31B2" w:rsidRPr="001812EC" w:rsidRDefault="00EE31B2" w:rsidP="001812EC">
      <w:pPr>
        <w:jc w:val="both"/>
        <w:rPr>
          <w:szCs w:val="24"/>
        </w:rPr>
      </w:pPr>
      <w:r w:rsidRPr="00EE31B2">
        <w:rPr>
          <w:noProof/>
          <w:szCs w:val="24"/>
        </w:rPr>
        <w:drawing>
          <wp:inline distT="0" distB="0" distL="0" distR="0">
            <wp:extent cx="2914650" cy="1942501"/>
            <wp:effectExtent l="0" t="0" r="0" b="635"/>
            <wp:docPr id="10" name="Picture 10" descr="C:\Users\maria\Desktop\NAPE AND COMEG\EVENTS\FEBRUARY 2026\TM1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ia\Desktop\NAPE AND COMEG\EVENTS\FEBRUARY 2026\TM1B.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4957" cy="1949370"/>
                    </a:xfrm>
                    <a:prstGeom prst="rect">
                      <a:avLst/>
                    </a:prstGeom>
                    <a:noFill/>
                    <a:ln>
                      <a:noFill/>
                    </a:ln>
                  </pic:spPr>
                </pic:pic>
              </a:graphicData>
            </a:graphic>
          </wp:inline>
        </w:drawing>
      </w:r>
      <w:r>
        <w:rPr>
          <w:szCs w:val="24"/>
        </w:rPr>
        <w:t xml:space="preserve">       </w:t>
      </w:r>
      <w:r w:rsidRPr="00EE31B2">
        <w:rPr>
          <w:noProof/>
          <w:szCs w:val="24"/>
        </w:rPr>
        <w:drawing>
          <wp:inline distT="0" distB="0" distL="0" distR="0">
            <wp:extent cx="2914996" cy="1942731"/>
            <wp:effectExtent l="0" t="0" r="0" b="635"/>
            <wp:docPr id="11" name="Picture 11" descr="C:\Users\maria\Desktop\NAPE AND COMEG\EVENTS\FEBRUARY 2026\TM1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ia\Desktop\NAPE AND COMEG\EVENTS\FEBRUARY 2026\TM1C.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7130" cy="1950818"/>
                    </a:xfrm>
                    <a:prstGeom prst="rect">
                      <a:avLst/>
                    </a:prstGeom>
                    <a:noFill/>
                    <a:ln>
                      <a:noFill/>
                    </a:ln>
                  </pic:spPr>
                </pic:pic>
              </a:graphicData>
            </a:graphic>
          </wp:inline>
        </w:drawing>
      </w:r>
    </w:p>
    <w:p w:rsidR="009F5F05" w:rsidRDefault="009F5F05" w:rsidP="006C4929">
      <w:pPr>
        <w:jc w:val="both"/>
        <w:rPr>
          <w:szCs w:val="24"/>
        </w:rPr>
      </w:pPr>
    </w:p>
    <w:p w:rsidR="001812EC" w:rsidRDefault="001812EC" w:rsidP="006C4929">
      <w:pPr>
        <w:jc w:val="both"/>
        <w:rPr>
          <w:szCs w:val="24"/>
        </w:rPr>
      </w:pPr>
    </w:p>
    <w:p w:rsidR="001812EC" w:rsidRDefault="001812EC" w:rsidP="006C4929">
      <w:pPr>
        <w:jc w:val="both"/>
        <w:rPr>
          <w:szCs w:val="24"/>
        </w:rPr>
      </w:pPr>
    </w:p>
    <w:p w:rsidR="002207C2" w:rsidRPr="006C4929" w:rsidRDefault="00EE31B2" w:rsidP="009F5F05">
      <w:pPr>
        <w:pStyle w:val="Heading2"/>
        <w:numPr>
          <w:ilvl w:val="0"/>
          <w:numId w:val="10"/>
        </w:numPr>
        <w:spacing w:line="360" w:lineRule="auto"/>
        <w:jc w:val="both"/>
        <w:rPr>
          <w:color w:val="auto"/>
          <w:sz w:val="24"/>
          <w:szCs w:val="24"/>
        </w:rPr>
      </w:pPr>
      <w:r>
        <w:rPr>
          <w:noProof/>
          <w:color w:val="auto"/>
          <w:sz w:val="24"/>
          <w:szCs w:val="24"/>
        </w:rPr>
        <w:lastRenderedPageBreak/>
        <mc:AlternateContent>
          <mc:Choice Requires="wps">
            <w:drawing>
              <wp:anchor distT="0" distB="0" distL="114300" distR="114300" simplePos="0" relativeHeight="251660288" behindDoc="0" locked="0" layoutInCell="1" allowOverlap="1">
                <wp:simplePos x="0" y="0"/>
                <wp:positionH relativeFrom="column">
                  <wp:posOffset>4581929</wp:posOffset>
                </wp:positionH>
                <wp:positionV relativeFrom="paragraph">
                  <wp:posOffset>-242627</wp:posOffset>
                </wp:positionV>
                <wp:extent cx="2116975" cy="26929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116975" cy="2692920"/>
                        </a:xfrm>
                        <a:prstGeom prst="rect">
                          <a:avLst/>
                        </a:prstGeom>
                        <a:solidFill>
                          <a:schemeClr val="lt1"/>
                        </a:solidFill>
                        <a:ln w="6350">
                          <a:noFill/>
                        </a:ln>
                      </wps:spPr>
                      <wps:txbx>
                        <w:txbxContent>
                          <w:p w:rsidR="00EE31B2" w:rsidRDefault="00EE31B2"/>
                          <w:p w:rsidR="00EE31B2" w:rsidRDefault="00EE31B2">
                            <w:r w:rsidRPr="00EE31B2">
                              <w:rPr>
                                <w:noProof/>
                              </w:rPr>
                              <w:drawing>
                                <wp:inline distT="0" distB="0" distL="0" distR="0">
                                  <wp:extent cx="1927225" cy="2409031"/>
                                  <wp:effectExtent l="0" t="0" r="0" b="0"/>
                                  <wp:docPr id="13" name="Picture 13" descr="C:\Users\maria\Desktop\NAPE AND COMEG\EVENTS\FEBRUARY 2026\IBBULAPAI FEB UAP TW POST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ia\Desktop\NAPE AND COMEG\EVENTS\FEBRUARY 2026\IBBULAPAI FEB UAP TW POSTER.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27225" cy="24090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27" type="#_x0000_t202" style="position:absolute;left:0;text-align:left;margin-left:360.8pt;margin-top:-19.1pt;width:166.7pt;height:212.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" fillcolor="white [3201]" stroked="f" strokeweight=".5pt">
                <v:textbox>
                  <w:txbxContent>
                    <w:p w:rsidR="00EE31B2" w:rsidRDefault="00EE31B2"/>
                    <w:p w:rsidR="00EE31B2" w:rsidRDefault="00EE31B2">
                      <w:r w:rsidRPr="00EE31B2">
                        <w:rPr>
                          <w:noProof/>
                        </w:rPr>
                        <w:drawing>
                          <wp:inline distT="0" distB="0" distL="0" distR="0">
                            <wp:extent cx="1927225" cy="2409031"/>
                            <wp:effectExtent l="0" t="0" r="0" b="0"/>
                            <wp:docPr id="13" name="Picture 13" descr="C:\Users\maria\Desktop\NAPE AND COMEG\EVENTS\FEBRUARY 2026\IBBULAPAI FEB UAP TW POST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ia\Desktop\NAPE AND COMEG\EVENTS\FEBRUARY 2026\IBBULAPAI FEB UAP TW POSTER.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27225" cy="2409031"/>
                                    </a:xfrm>
                                    <a:prstGeom prst="rect">
                                      <a:avLst/>
                                    </a:prstGeom>
                                    <a:noFill/>
                                    <a:ln>
                                      <a:noFill/>
                                    </a:ln>
                                  </pic:spPr>
                                </pic:pic>
                              </a:graphicData>
                            </a:graphic>
                          </wp:inline>
                        </w:drawing>
                      </w:r>
                    </w:p>
                  </w:txbxContent>
                </v:textbox>
              </v:shape>
            </w:pict>
          </mc:Fallback>
        </mc:AlternateContent>
      </w:r>
      <w:r w:rsidR="009811E5" w:rsidRPr="006C4929">
        <w:rPr>
          <w:color w:val="auto"/>
          <w:sz w:val="24"/>
          <w:szCs w:val="24"/>
        </w:rPr>
        <w:t>Two-Day Workshop – Well-log and Seismic Interpretation</w:t>
      </w:r>
    </w:p>
    <w:p w:rsidR="002207C2" w:rsidRPr="006C4929" w:rsidRDefault="009811E5" w:rsidP="009F5F05">
      <w:pPr>
        <w:spacing w:line="240" w:lineRule="auto"/>
        <w:jc w:val="both"/>
        <w:rPr>
          <w:szCs w:val="24"/>
        </w:rPr>
      </w:pPr>
      <w:r w:rsidRPr="009F5F05">
        <w:rPr>
          <w:b/>
          <w:szCs w:val="24"/>
        </w:rPr>
        <w:t>Date:</w:t>
      </w:r>
      <w:r w:rsidRPr="006C4929">
        <w:rPr>
          <w:szCs w:val="24"/>
        </w:rPr>
        <w:t xml:space="preserve"> 20th – 21st February 2026</w:t>
      </w:r>
    </w:p>
    <w:p w:rsidR="002207C2" w:rsidRPr="006C4929" w:rsidRDefault="009811E5" w:rsidP="009F5F05">
      <w:pPr>
        <w:spacing w:line="240" w:lineRule="auto"/>
        <w:jc w:val="both"/>
        <w:rPr>
          <w:szCs w:val="24"/>
        </w:rPr>
      </w:pPr>
      <w:r w:rsidRPr="009F5F05">
        <w:rPr>
          <w:b/>
          <w:szCs w:val="24"/>
        </w:rPr>
        <w:t>Venu</w:t>
      </w:r>
      <w:r w:rsidRPr="009F5F05">
        <w:rPr>
          <w:b/>
          <w:szCs w:val="24"/>
        </w:rPr>
        <w:t>e:</w:t>
      </w:r>
      <w:r w:rsidRPr="006C4929">
        <w:rPr>
          <w:szCs w:val="24"/>
        </w:rPr>
        <w:t xml:space="preserve"> IBB University, Lapai</w:t>
      </w:r>
    </w:p>
    <w:p w:rsidR="002207C2" w:rsidRPr="006C4929" w:rsidRDefault="009811E5" w:rsidP="009F5F05">
      <w:pPr>
        <w:spacing w:line="240" w:lineRule="auto"/>
        <w:jc w:val="both"/>
        <w:rPr>
          <w:szCs w:val="24"/>
        </w:rPr>
      </w:pPr>
      <w:r w:rsidRPr="009F5F05">
        <w:rPr>
          <w:b/>
          <w:szCs w:val="24"/>
        </w:rPr>
        <w:t>Mode:</w:t>
      </w:r>
      <w:r w:rsidRPr="006C4929">
        <w:rPr>
          <w:szCs w:val="24"/>
        </w:rPr>
        <w:t xml:space="preserve"> Hybrid</w:t>
      </w:r>
    </w:p>
    <w:p w:rsidR="002207C2" w:rsidRPr="006C4929" w:rsidRDefault="009811E5" w:rsidP="009F5F05">
      <w:pPr>
        <w:spacing w:line="240" w:lineRule="auto"/>
        <w:jc w:val="both"/>
        <w:rPr>
          <w:szCs w:val="24"/>
        </w:rPr>
      </w:pPr>
      <w:r w:rsidRPr="009F5F05">
        <w:rPr>
          <w:b/>
          <w:szCs w:val="24"/>
        </w:rPr>
        <w:t>Attendance:</w:t>
      </w:r>
      <w:r w:rsidR="009F5F05">
        <w:rPr>
          <w:szCs w:val="24"/>
        </w:rPr>
        <w:t xml:space="preserve"> ~6</w:t>
      </w:r>
      <w:r w:rsidRPr="006C4929">
        <w:rPr>
          <w:szCs w:val="24"/>
        </w:rPr>
        <w:t>0 participants</w:t>
      </w:r>
    </w:p>
    <w:p w:rsidR="002207C2" w:rsidRPr="006C4929" w:rsidRDefault="009811E5" w:rsidP="009F5F05">
      <w:pPr>
        <w:spacing w:line="240" w:lineRule="auto"/>
        <w:jc w:val="both"/>
        <w:rPr>
          <w:szCs w:val="24"/>
        </w:rPr>
      </w:pPr>
      <w:r w:rsidRPr="009F5F05">
        <w:rPr>
          <w:b/>
          <w:szCs w:val="24"/>
        </w:rPr>
        <w:t>Sponsor:</w:t>
      </w:r>
      <w:r w:rsidRPr="006C4929">
        <w:rPr>
          <w:szCs w:val="24"/>
        </w:rPr>
        <w:t xml:space="preserve"> NAPE Abuja Chapter</w:t>
      </w:r>
    </w:p>
    <w:p w:rsidR="002207C2" w:rsidRPr="006C4929" w:rsidRDefault="009F5F05" w:rsidP="009F5F05">
      <w:pPr>
        <w:spacing w:line="240" w:lineRule="auto"/>
        <w:jc w:val="both"/>
        <w:rPr>
          <w:szCs w:val="24"/>
        </w:rPr>
      </w:pPr>
      <w:r w:rsidRPr="009F5F05">
        <w:rPr>
          <w:b/>
          <w:szCs w:val="24"/>
        </w:rPr>
        <w:t>Chairman:</w:t>
      </w:r>
      <w:r>
        <w:rPr>
          <w:szCs w:val="24"/>
        </w:rPr>
        <w:t xml:space="preserve"> Prof. </w:t>
      </w:r>
      <w:proofErr w:type="spellStart"/>
      <w:r>
        <w:rPr>
          <w:szCs w:val="24"/>
        </w:rPr>
        <w:t>Hadi</w:t>
      </w:r>
      <w:proofErr w:type="spellEnd"/>
      <w:r>
        <w:rPr>
          <w:szCs w:val="24"/>
        </w:rPr>
        <w:t xml:space="preserve"> Mohammed Suleiman, Vice Chancellor IBB </w:t>
      </w:r>
      <w:proofErr w:type="spellStart"/>
      <w:r>
        <w:rPr>
          <w:szCs w:val="24"/>
        </w:rPr>
        <w:t>Lapai</w:t>
      </w:r>
      <w:proofErr w:type="spellEnd"/>
    </w:p>
    <w:p w:rsidR="002207C2" w:rsidRPr="006C4929" w:rsidRDefault="009811E5" w:rsidP="009F5F05">
      <w:pPr>
        <w:spacing w:line="240" w:lineRule="auto"/>
        <w:jc w:val="both"/>
        <w:rPr>
          <w:szCs w:val="24"/>
        </w:rPr>
      </w:pPr>
      <w:r w:rsidRPr="009F5F05">
        <w:rPr>
          <w:b/>
          <w:szCs w:val="24"/>
        </w:rPr>
        <w:t>Facilitators:</w:t>
      </w:r>
      <w:r w:rsidRPr="006C4929">
        <w:rPr>
          <w:szCs w:val="24"/>
        </w:rPr>
        <w:t xml:space="preserve"> Solomon Omishakin; Folohunsho Olatunji Yusuf</w:t>
      </w:r>
    </w:p>
    <w:p w:rsidR="002207C2" w:rsidRPr="009F5F05" w:rsidRDefault="009811E5" w:rsidP="006C4929">
      <w:pPr>
        <w:jc w:val="both"/>
        <w:rPr>
          <w:b/>
          <w:szCs w:val="24"/>
        </w:rPr>
      </w:pPr>
      <w:r w:rsidRPr="009F5F05">
        <w:rPr>
          <w:b/>
          <w:szCs w:val="24"/>
        </w:rPr>
        <w:t>Summary:</w:t>
      </w:r>
    </w:p>
    <w:p w:rsidR="002207C2" w:rsidRPr="006C4929" w:rsidRDefault="009811E5" w:rsidP="001F0D3B">
      <w:pPr>
        <w:ind w:right="425"/>
        <w:jc w:val="both"/>
        <w:rPr>
          <w:szCs w:val="24"/>
        </w:rPr>
      </w:pPr>
      <w:r w:rsidRPr="006C4929">
        <w:rPr>
          <w:szCs w:val="24"/>
        </w:rPr>
        <w:t>A hands-on technical workshop focused on seismic and well-log interpretation,</w:t>
      </w:r>
      <w:r w:rsidRPr="006C4929">
        <w:rPr>
          <w:szCs w:val="24"/>
        </w:rPr>
        <w:t xml:space="preserve"> bringing together students and professionals for capacity development and regional inclusion.</w:t>
      </w:r>
    </w:p>
    <w:p w:rsidR="002207C2" w:rsidRPr="006C4929" w:rsidRDefault="009811E5" w:rsidP="006C4929">
      <w:pPr>
        <w:jc w:val="both"/>
        <w:rPr>
          <w:szCs w:val="24"/>
        </w:rPr>
      </w:pPr>
      <w:r w:rsidRPr="009F5F05">
        <w:rPr>
          <w:b/>
          <w:szCs w:val="24"/>
        </w:rPr>
        <w:t>Key Outcome:</w:t>
      </w:r>
      <w:r w:rsidRPr="006C4929">
        <w:rPr>
          <w:szCs w:val="24"/>
        </w:rPr>
        <w:t xml:space="preserve"> Strengthened technical capacity and northern region engagement.</w:t>
      </w:r>
    </w:p>
    <w:p w:rsidR="001F0D3B" w:rsidRDefault="001F0D3B" w:rsidP="001F0D3B">
      <w:pPr>
        <w:spacing w:before="100" w:beforeAutospacing="1" w:after="100" w:afterAutospacing="1" w:line="240" w:lineRule="auto"/>
        <w:jc w:val="both"/>
        <w:outlineLvl w:val="2"/>
        <w:rPr>
          <w:b/>
          <w:szCs w:val="24"/>
        </w:rPr>
      </w:pPr>
    </w:p>
    <w:p w:rsidR="002207C2" w:rsidRPr="00737FC5" w:rsidRDefault="00EE31B2" w:rsidP="00737FC5">
      <w:pPr>
        <w:spacing w:before="100" w:beforeAutospacing="1" w:after="100" w:afterAutospacing="1" w:line="240" w:lineRule="auto"/>
        <w:ind w:right="284"/>
        <w:jc w:val="center"/>
        <w:outlineLvl w:val="2"/>
        <w:rPr>
          <w:rFonts w:eastAsia="Times New Roman" w:cs="Times New Roman"/>
          <w:b/>
          <w:bCs/>
          <w:sz w:val="32"/>
          <w:szCs w:val="24"/>
        </w:rPr>
      </w:pPr>
      <w:r w:rsidRPr="00737FC5">
        <w:rPr>
          <w:rFonts w:eastAsia="Times New Roman" w:cs="Times New Roman"/>
          <w:b/>
          <w:bCs/>
          <w:sz w:val="32"/>
          <w:szCs w:val="24"/>
        </w:rPr>
        <mc:AlternateContent>
          <mc:Choice Requires="wps">
            <w:drawing>
              <wp:anchor distT="0" distB="0" distL="114300" distR="114300" simplePos="0" relativeHeight="251661312" behindDoc="0" locked="0" layoutInCell="1" allowOverlap="1">
                <wp:simplePos x="0" y="0"/>
                <wp:positionH relativeFrom="column">
                  <wp:posOffset>4543136</wp:posOffset>
                </wp:positionH>
                <wp:positionV relativeFrom="paragraph">
                  <wp:posOffset>343477</wp:posOffset>
                </wp:positionV>
                <wp:extent cx="2249979" cy="2660073"/>
                <wp:effectExtent l="0" t="0" r="0" b="6985"/>
                <wp:wrapNone/>
                <wp:docPr id="14" name="Text Box 14"/>
                <wp:cNvGraphicFramePr/>
                <a:graphic xmlns:a="http://schemas.openxmlformats.org/drawingml/2006/main">
                  <a:graphicData uri="http://schemas.microsoft.com/office/word/2010/wordprocessingShape">
                    <wps:wsp>
                      <wps:cNvSpPr txBox="1"/>
                      <wps:spPr>
                        <a:xfrm>
                          <a:off x="0" y="0"/>
                          <a:ext cx="2249979" cy="2660073"/>
                        </a:xfrm>
                        <a:prstGeom prst="rect">
                          <a:avLst/>
                        </a:prstGeom>
                        <a:solidFill>
                          <a:schemeClr val="lt1"/>
                        </a:solidFill>
                        <a:ln w="6350">
                          <a:noFill/>
                        </a:ln>
                      </wps:spPr>
                      <wps:txbx>
                        <w:txbxContent>
                          <w:p w:rsidR="00EE31B2" w:rsidRDefault="00EE31B2">
                            <w:r>
                              <w:rPr>
                                <w:noProof/>
                              </w:rPr>
                              <w:drawing>
                                <wp:inline distT="0" distB="0" distL="0" distR="0" wp14:anchorId="70891A9D" wp14:editId="4450C8D8">
                                  <wp:extent cx="1812925" cy="25622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12925" cy="2562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28" type="#_x0000_t202" style="position:absolute;left:0;text-align:left;margin-left:357.75pt;margin-top:27.05pt;width:177.15pt;height:209.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" fillcolor="white [3201]" stroked="f" strokeweight=".5pt">
                <v:textbox>
                  <w:txbxContent>
                    <w:p w:rsidR="00EE31B2" w:rsidRDefault="00EE31B2">
                      <w:r>
                        <w:rPr>
                          <w:noProof/>
                        </w:rPr>
                        <w:drawing>
                          <wp:inline distT="0" distB="0" distL="0" distR="0" wp14:anchorId="70891A9D" wp14:editId="4450C8D8">
                            <wp:extent cx="1812925" cy="25622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12925" cy="2562225"/>
                                    </a:xfrm>
                                    <a:prstGeom prst="rect">
                                      <a:avLst/>
                                    </a:prstGeom>
                                  </pic:spPr>
                                </pic:pic>
                              </a:graphicData>
                            </a:graphic>
                          </wp:inline>
                        </w:drawing>
                      </w:r>
                    </w:p>
                  </w:txbxContent>
                </v:textbox>
              </v:shape>
            </w:pict>
          </mc:Fallback>
        </mc:AlternateContent>
      </w:r>
      <w:r w:rsidR="009811E5" w:rsidRPr="00737FC5">
        <w:rPr>
          <w:rFonts w:eastAsia="Times New Roman" w:cs="Times New Roman"/>
          <w:b/>
          <w:bCs/>
          <w:sz w:val="32"/>
          <w:szCs w:val="24"/>
        </w:rPr>
        <w:t>MARCH 2026</w:t>
      </w:r>
    </w:p>
    <w:p w:rsidR="006C4929" w:rsidRPr="001F0D3B" w:rsidRDefault="006C4929" w:rsidP="001F0D3B">
      <w:pPr>
        <w:pStyle w:val="ListParagraph"/>
        <w:numPr>
          <w:ilvl w:val="0"/>
          <w:numId w:val="10"/>
        </w:numPr>
        <w:spacing w:before="100" w:beforeAutospacing="1" w:after="100" w:afterAutospacing="1" w:line="240" w:lineRule="auto"/>
        <w:jc w:val="both"/>
        <w:outlineLvl w:val="2"/>
        <w:rPr>
          <w:rFonts w:eastAsia="Times New Roman" w:cs="Times New Roman"/>
          <w:b/>
          <w:bCs/>
          <w:szCs w:val="24"/>
        </w:rPr>
      </w:pPr>
      <w:r w:rsidRPr="001F0D3B">
        <w:rPr>
          <w:rFonts w:eastAsia="Times New Roman" w:cs="Times New Roman"/>
          <w:b/>
          <w:bCs/>
          <w:szCs w:val="24"/>
        </w:rPr>
        <w:t>Podcast Session – The Employability Equation</w:t>
      </w:r>
    </w:p>
    <w:p w:rsidR="006C4929" w:rsidRPr="006C4929" w:rsidRDefault="006C4929" w:rsidP="00EE31B2">
      <w:pPr>
        <w:spacing w:before="100" w:beforeAutospacing="1" w:after="100" w:afterAutospacing="1" w:line="360" w:lineRule="auto"/>
        <w:ind w:right="3544"/>
        <w:rPr>
          <w:rFonts w:eastAsia="Times New Roman" w:cs="Times New Roman"/>
          <w:szCs w:val="24"/>
        </w:rPr>
      </w:pPr>
      <w:r w:rsidRPr="006C4929">
        <w:rPr>
          <w:rFonts w:eastAsia="Times New Roman" w:cs="Times New Roman"/>
          <w:b/>
          <w:bCs/>
          <w:szCs w:val="24"/>
        </w:rPr>
        <w:t>Title:</w:t>
      </w:r>
      <w:r w:rsidRPr="006C4929">
        <w:rPr>
          <w:rFonts w:eastAsia="Times New Roman" w:cs="Times New Roman"/>
          <w:szCs w:val="24"/>
        </w:rPr>
        <w:t xml:space="preserve"> </w:t>
      </w:r>
      <w:r w:rsidRPr="006C4929">
        <w:rPr>
          <w:rFonts w:eastAsia="Times New Roman" w:cs="Times New Roman"/>
          <w:i/>
          <w:iCs/>
          <w:szCs w:val="24"/>
        </w:rPr>
        <w:t>The Employability Equation: What Actually Gets You Hired in the Oil and Gas Industry</w:t>
      </w:r>
      <w:r w:rsidRPr="006C4929">
        <w:rPr>
          <w:rFonts w:eastAsia="Times New Roman" w:cs="Times New Roman"/>
          <w:szCs w:val="24"/>
        </w:rPr>
        <w:br/>
      </w:r>
      <w:r w:rsidRPr="006C4929">
        <w:rPr>
          <w:rFonts w:eastAsia="Times New Roman" w:cs="Times New Roman"/>
          <w:b/>
          <w:bCs/>
          <w:szCs w:val="24"/>
        </w:rPr>
        <w:t>Date:</w:t>
      </w:r>
      <w:r w:rsidRPr="006C4929">
        <w:rPr>
          <w:rFonts w:eastAsia="Times New Roman" w:cs="Times New Roman"/>
          <w:szCs w:val="24"/>
        </w:rPr>
        <w:t xml:space="preserve"> 7th March 2026</w:t>
      </w:r>
      <w:r w:rsidRPr="006C4929">
        <w:rPr>
          <w:rFonts w:eastAsia="Times New Roman" w:cs="Times New Roman"/>
          <w:szCs w:val="24"/>
        </w:rPr>
        <w:br/>
      </w:r>
      <w:r w:rsidRPr="006C4929">
        <w:rPr>
          <w:rFonts w:eastAsia="Times New Roman" w:cs="Times New Roman"/>
          <w:b/>
          <w:bCs/>
          <w:szCs w:val="24"/>
        </w:rPr>
        <w:t>Mode:</w:t>
      </w:r>
      <w:r w:rsidRPr="006C4929">
        <w:rPr>
          <w:rFonts w:eastAsia="Times New Roman" w:cs="Times New Roman"/>
          <w:szCs w:val="24"/>
        </w:rPr>
        <w:t xml:space="preserve"> Virtual</w:t>
      </w:r>
      <w:r w:rsidRPr="006C4929">
        <w:rPr>
          <w:rFonts w:eastAsia="Times New Roman" w:cs="Times New Roman"/>
          <w:szCs w:val="24"/>
        </w:rPr>
        <w:br/>
      </w:r>
      <w:r w:rsidRPr="006C4929">
        <w:rPr>
          <w:rFonts w:eastAsia="Times New Roman" w:cs="Times New Roman"/>
          <w:b/>
          <w:bCs/>
          <w:szCs w:val="24"/>
        </w:rPr>
        <w:t>Attendance:</w:t>
      </w:r>
      <w:r w:rsidRPr="006C4929">
        <w:rPr>
          <w:rFonts w:eastAsia="Times New Roman" w:cs="Times New Roman"/>
          <w:szCs w:val="24"/>
        </w:rPr>
        <w:t xml:space="preserve"> ~100+ participants</w:t>
      </w:r>
      <w:r w:rsidR="001F0D3B">
        <w:rPr>
          <w:rFonts w:eastAsia="Times New Roman" w:cs="Times New Roman"/>
          <w:szCs w:val="24"/>
        </w:rPr>
        <w:t xml:space="preserve">; 383 viewers </w:t>
      </w:r>
      <w:r w:rsidRPr="006C4929">
        <w:rPr>
          <w:rFonts w:eastAsia="Times New Roman" w:cs="Times New Roman"/>
          <w:szCs w:val="24"/>
        </w:rPr>
        <w:br/>
      </w:r>
      <w:r w:rsidRPr="006C4929">
        <w:rPr>
          <w:rFonts w:eastAsia="Times New Roman" w:cs="Times New Roman"/>
          <w:b/>
          <w:bCs/>
          <w:szCs w:val="24"/>
        </w:rPr>
        <w:t>Collaboration:</w:t>
      </w:r>
      <w:r w:rsidRPr="006C4929">
        <w:rPr>
          <w:rFonts w:eastAsia="Times New Roman" w:cs="Times New Roman"/>
          <w:szCs w:val="24"/>
        </w:rPr>
        <w:t xml:space="preserve"> NAPE National Young Professionals</w:t>
      </w:r>
      <w:r w:rsidRPr="006C4929">
        <w:rPr>
          <w:rFonts w:eastAsia="Times New Roman" w:cs="Times New Roman"/>
          <w:szCs w:val="24"/>
        </w:rPr>
        <w:br/>
      </w:r>
      <w:r w:rsidRPr="006C4929">
        <w:rPr>
          <w:rFonts w:eastAsia="Times New Roman" w:cs="Times New Roman"/>
          <w:b/>
          <w:bCs/>
          <w:szCs w:val="24"/>
        </w:rPr>
        <w:t>Speaker:</w:t>
      </w:r>
      <w:r w:rsidRPr="006C4929">
        <w:rPr>
          <w:rFonts w:eastAsia="Times New Roman" w:cs="Times New Roman"/>
          <w:szCs w:val="24"/>
        </w:rPr>
        <w:t xml:space="preserve"> </w:t>
      </w:r>
      <w:proofErr w:type="spellStart"/>
      <w:r w:rsidRPr="006C4929">
        <w:rPr>
          <w:rFonts w:eastAsia="Times New Roman" w:cs="Times New Roman"/>
          <w:szCs w:val="24"/>
        </w:rPr>
        <w:t>Segun</w:t>
      </w:r>
      <w:proofErr w:type="spellEnd"/>
      <w:r w:rsidRPr="006C4929">
        <w:rPr>
          <w:rFonts w:eastAsia="Times New Roman" w:cs="Times New Roman"/>
          <w:szCs w:val="24"/>
        </w:rPr>
        <w:t xml:space="preserve"> </w:t>
      </w:r>
      <w:proofErr w:type="spellStart"/>
      <w:r w:rsidRPr="006C4929">
        <w:rPr>
          <w:rFonts w:eastAsia="Times New Roman" w:cs="Times New Roman"/>
          <w:szCs w:val="24"/>
        </w:rPr>
        <w:t>Okoh</w:t>
      </w:r>
      <w:proofErr w:type="spellEnd"/>
      <w:r w:rsidRPr="006C4929">
        <w:rPr>
          <w:rFonts w:eastAsia="Times New Roman" w:cs="Times New Roman"/>
          <w:szCs w:val="24"/>
        </w:rPr>
        <w:t xml:space="preserve"> (Country Director, Workforce Energies)</w:t>
      </w:r>
      <w:r w:rsidRPr="006C4929">
        <w:rPr>
          <w:rFonts w:eastAsia="Times New Roman" w:cs="Times New Roman"/>
          <w:szCs w:val="24"/>
        </w:rPr>
        <w:br/>
      </w:r>
      <w:r w:rsidRPr="006C4929">
        <w:rPr>
          <w:rFonts w:eastAsia="Times New Roman" w:cs="Times New Roman"/>
          <w:b/>
          <w:bCs/>
          <w:szCs w:val="24"/>
        </w:rPr>
        <w:t>Moderator:</w:t>
      </w:r>
      <w:r w:rsidRPr="006C4929">
        <w:rPr>
          <w:rFonts w:eastAsia="Times New Roman" w:cs="Times New Roman"/>
          <w:szCs w:val="24"/>
        </w:rPr>
        <w:t xml:space="preserve"> Abraham </w:t>
      </w:r>
      <w:proofErr w:type="spellStart"/>
      <w:r w:rsidRPr="006C4929">
        <w:rPr>
          <w:rFonts w:eastAsia="Times New Roman" w:cs="Times New Roman"/>
          <w:szCs w:val="24"/>
        </w:rPr>
        <w:t>Yaradya</w:t>
      </w:r>
      <w:proofErr w:type="spellEnd"/>
      <w:r w:rsidRPr="006C4929">
        <w:rPr>
          <w:rFonts w:eastAsia="Times New Roman" w:cs="Times New Roman"/>
          <w:szCs w:val="24"/>
        </w:rPr>
        <w:t xml:space="preserve"> Alkali</w:t>
      </w:r>
    </w:p>
    <w:p w:rsidR="001F0D3B" w:rsidRPr="001F0D3B" w:rsidRDefault="001F0D3B" w:rsidP="006C4929">
      <w:pPr>
        <w:spacing w:before="100" w:beforeAutospacing="1" w:after="100" w:afterAutospacing="1" w:line="240" w:lineRule="auto"/>
        <w:jc w:val="both"/>
        <w:rPr>
          <w:rFonts w:eastAsia="Times New Roman" w:cs="Times New Roman"/>
          <w:b/>
          <w:szCs w:val="24"/>
        </w:rPr>
      </w:pPr>
      <w:r w:rsidRPr="001F0D3B">
        <w:rPr>
          <w:rFonts w:eastAsia="Times New Roman" w:cs="Times New Roman"/>
          <w:b/>
          <w:szCs w:val="24"/>
        </w:rPr>
        <w:t xml:space="preserve">Summary: </w:t>
      </w:r>
    </w:p>
    <w:p w:rsidR="006C4929" w:rsidRPr="006C4929" w:rsidRDefault="006C4929" w:rsidP="001F0D3B">
      <w:pPr>
        <w:spacing w:before="100" w:beforeAutospacing="1" w:after="100" w:afterAutospacing="1" w:line="240" w:lineRule="auto"/>
        <w:ind w:right="327"/>
        <w:jc w:val="both"/>
        <w:rPr>
          <w:rFonts w:eastAsia="Times New Roman" w:cs="Times New Roman"/>
          <w:szCs w:val="24"/>
        </w:rPr>
      </w:pPr>
      <w:r w:rsidRPr="006C4929">
        <w:rPr>
          <w:rFonts w:eastAsia="Times New Roman" w:cs="Times New Roman"/>
          <w:szCs w:val="24"/>
        </w:rPr>
        <w:t>The Abuja Chapter, in collaboration with the National Young Professionals, hosted a virtual podcast session focused on career readiness and employability within the oil and gas industry.</w:t>
      </w:r>
    </w:p>
    <w:p w:rsidR="006C4929" w:rsidRPr="006C4929" w:rsidRDefault="006C4929" w:rsidP="001F0D3B">
      <w:pPr>
        <w:spacing w:before="100" w:beforeAutospacing="1" w:after="100" w:afterAutospacing="1" w:line="240" w:lineRule="auto"/>
        <w:ind w:right="327"/>
        <w:jc w:val="both"/>
        <w:rPr>
          <w:rFonts w:eastAsia="Times New Roman" w:cs="Times New Roman"/>
          <w:szCs w:val="24"/>
        </w:rPr>
      </w:pPr>
      <w:r w:rsidRPr="006C4929">
        <w:rPr>
          <w:rFonts w:eastAsia="Times New Roman" w:cs="Times New Roman"/>
          <w:szCs w:val="24"/>
        </w:rPr>
        <w:t>The session provided practical insights into the skills, competencies, and strategies required to secure opportunities in a highly competitive industry. It featured strong participation, with over 100 attendees and highly engaging discussions driven by insightful questions from participants.</w:t>
      </w:r>
    </w:p>
    <w:p w:rsidR="006C4929" w:rsidRPr="006C4929" w:rsidRDefault="006C4929" w:rsidP="001F0D3B">
      <w:pPr>
        <w:spacing w:before="100" w:beforeAutospacing="1" w:after="100" w:afterAutospacing="1" w:line="240" w:lineRule="auto"/>
        <w:ind w:right="327"/>
        <w:jc w:val="both"/>
        <w:rPr>
          <w:rFonts w:eastAsia="Times New Roman" w:cs="Times New Roman"/>
          <w:szCs w:val="24"/>
        </w:rPr>
      </w:pPr>
      <w:r w:rsidRPr="006C4929">
        <w:rPr>
          <w:rFonts w:eastAsia="Times New Roman" w:cs="Times New Roman"/>
          <w:szCs w:val="24"/>
        </w:rPr>
        <w:t>As of date, the podcast has recorded approximately 338 views, reflecting continued interest and relevance among young professionals.</w:t>
      </w:r>
    </w:p>
    <w:p w:rsidR="006C4929" w:rsidRPr="006C4929" w:rsidRDefault="006C4929" w:rsidP="001F0D3B">
      <w:pPr>
        <w:spacing w:before="100" w:beforeAutospacing="1" w:after="100" w:afterAutospacing="1" w:line="240" w:lineRule="auto"/>
        <w:ind w:right="327"/>
        <w:jc w:val="both"/>
        <w:rPr>
          <w:rFonts w:eastAsia="Times New Roman" w:cs="Times New Roman"/>
          <w:szCs w:val="24"/>
        </w:rPr>
      </w:pPr>
      <w:r w:rsidRPr="006C4929">
        <w:rPr>
          <w:rFonts w:eastAsia="Times New Roman" w:cs="Times New Roman"/>
          <w:b/>
          <w:bCs/>
          <w:szCs w:val="24"/>
        </w:rPr>
        <w:lastRenderedPageBreak/>
        <w:t>Key Outcome:</w:t>
      </w:r>
      <w:r w:rsidRPr="006C4929">
        <w:rPr>
          <w:rFonts w:eastAsia="Times New Roman" w:cs="Times New Roman"/>
          <w:szCs w:val="24"/>
        </w:rPr>
        <w:t xml:space="preserve"> Enhanced awareness of industry expectations and practical guidance for improving employability among early-career professionals.</w:t>
      </w:r>
    </w:p>
    <w:p w:rsidR="006C4929" w:rsidRPr="006C4929" w:rsidRDefault="006C4929" w:rsidP="006C4929">
      <w:pPr>
        <w:pStyle w:val="Heading2"/>
        <w:jc w:val="both"/>
        <w:rPr>
          <w:color w:val="auto"/>
          <w:sz w:val="24"/>
          <w:szCs w:val="24"/>
        </w:rPr>
      </w:pPr>
    </w:p>
    <w:p w:rsidR="002207C2" w:rsidRPr="001F0D3B" w:rsidRDefault="00EE31B2" w:rsidP="001F0D3B">
      <w:pPr>
        <w:pStyle w:val="Heading2"/>
        <w:numPr>
          <w:ilvl w:val="0"/>
          <w:numId w:val="10"/>
        </w:numPr>
        <w:spacing w:line="480" w:lineRule="auto"/>
        <w:jc w:val="both"/>
        <w:rPr>
          <w:rFonts w:ascii="Times New Roman" w:eastAsia="Times New Roman" w:hAnsi="Times New Roman" w:cs="Times New Roman"/>
          <w:color w:val="auto"/>
          <w:sz w:val="24"/>
          <w:szCs w:val="24"/>
        </w:rPr>
      </w:pPr>
      <w:r>
        <w:rPr>
          <w:b w:val="0"/>
          <w:noProof/>
          <w:szCs w:val="24"/>
        </w:rPr>
        <mc:AlternateContent>
          <mc:Choice Requires="wps">
            <w:drawing>
              <wp:anchor distT="0" distB="0" distL="114300" distR="114300" simplePos="0" relativeHeight="251662336" behindDoc="0" locked="0" layoutInCell="1" allowOverlap="1" wp14:anchorId="7F446E8F" wp14:editId="7F5271A3">
                <wp:simplePos x="0" y="0"/>
                <wp:positionH relativeFrom="column">
                  <wp:posOffset>4542155</wp:posOffset>
                </wp:positionH>
                <wp:positionV relativeFrom="paragraph">
                  <wp:posOffset>350520</wp:posOffset>
                </wp:positionV>
                <wp:extent cx="2181225" cy="236791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181225" cy="2367915"/>
                        </a:xfrm>
                        <a:prstGeom prst="rect">
                          <a:avLst/>
                        </a:prstGeom>
                        <a:noFill/>
                        <a:ln w="6350">
                          <a:noFill/>
                        </a:ln>
                      </wps:spPr>
                      <wps:txbx>
                        <w:txbxContent>
                          <w:p w:rsidR="00EE31B2" w:rsidRDefault="00EE31B2" w:rsidP="00EE31B2">
                            <w:pPr>
                              <w:pStyle w:val="NormalWeb"/>
                            </w:pPr>
                            <w:r w:rsidRPr="00EE31B2">
                              <w:drawing>
                                <wp:inline distT="0" distB="0" distL="0" distR="0" wp14:anchorId="095D6C72" wp14:editId="601609E9">
                                  <wp:extent cx="1857375" cy="232172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61571" cy="2326965"/>
                                          </a:xfrm>
                                          <a:prstGeom prst="rect">
                                            <a:avLst/>
                                          </a:prstGeom>
                                          <a:noFill/>
                                          <a:ln>
                                            <a:noFill/>
                                          </a:ln>
                                        </pic:spPr>
                                      </pic:pic>
                                    </a:graphicData>
                                  </a:graphic>
                                </wp:inline>
                              </w:drawing>
                            </w:r>
                          </w:p>
                          <w:p w:rsidR="00EE31B2" w:rsidRDefault="00EE31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46E8F" id="Text Box 20" o:spid="_x0000_s1029" type="#_x0000_t202" style="position:absolute;left:0;text-align:left;margin-left:357.65pt;margin-top:27.6pt;width:171.75pt;height:18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" filled="f" stroked="f" strokeweight=".5pt">
                <v:textbox>
                  <w:txbxContent>
                    <w:p w:rsidR="00EE31B2" w:rsidRDefault="00EE31B2" w:rsidP="00EE31B2">
                      <w:pPr>
                        <w:pStyle w:val="NormalWeb"/>
                      </w:pPr>
                      <w:r w:rsidRPr="00EE31B2">
                        <w:drawing>
                          <wp:inline distT="0" distB="0" distL="0" distR="0" wp14:anchorId="095D6C72" wp14:editId="601609E9">
                            <wp:extent cx="1857375" cy="232172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61571" cy="2326965"/>
                                    </a:xfrm>
                                    <a:prstGeom prst="rect">
                                      <a:avLst/>
                                    </a:prstGeom>
                                    <a:noFill/>
                                    <a:ln>
                                      <a:noFill/>
                                    </a:ln>
                                  </pic:spPr>
                                </pic:pic>
                              </a:graphicData>
                            </a:graphic>
                          </wp:inline>
                        </w:drawing>
                      </w:r>
                    </w:p>
                    <w:p w:rsidR="00EE31B2" w:rsidRDefault="00EE31B2"/>
                  </w:txbxContent>
                </v:textbox>
              </v:shape>
            </w:pict>
          </mc:Fallback>
        </mc:AlternateContent>
      </w:r>
      <w:r w:rsidR="009811E5" w:rsidRPr="001F0D3B">
        <w:rPr>
          <w:rFonts w:ascii="Times New Roman" w:eastAsia="Times New Roman" w:hAnsi="Times New Roman" w:cs="Times New Roman"/>
          <w:color w:val="auto"/>
          <w:sz w:val="24"/>
          <w:szCs w:val="24"/>
        </w:rPr>
        <w:t>Technical Business Meeting – Applied Machine Learning for Seismic Interpr</w:t>
      </w:r>
      <w:r w:rsidR="009811E5" w:rsidRPr="001F0D3B">
        <w:rPr>
          <w:rFonts w:ascii="Times New Roman" w:eastAsia="Times New Roman" w:hAnsi="Times New Roman" w:cs="Times New Roman"/>
          <w:color w:val="auto"/>
          <w:sz w:val="24"/>
          <w:szCs w:val="24"/>
        </w:rPr>
        <w:t>etation</w:t>
      </w:r>
    </w:p>
    <w:p w:rsidR="002207C2" w:rsidRPr="006C4929" w:rsidRDefault="009811E5" w:rsidP="001F0D3B">
      <w:pPr>
        <w:jc w:val="both"/>
        <w:rPr>
          <w:szCs w:val="24"/>
        </w:rPr>
      </w:pPr>
      <w:r w:rsidRPr="001F0D3B">
        <w:rPr>
          <w:b/>
          <w:szCs w:val="24"/>
        </w:rPr>
        <w:t>Date:</w:t>
      </w:r>
      <w:r w:rsidRPr="006C4929">
        <w:rPr>
          <w:szCs w:val="24"/>
        </w:rPr>
        <w:t xml:space="preserve"> 26th March 2026</w:t>
      </w:r>
    </w:p>
    <w:p w:rsidR="002207C2" w:rsidRPr="006C4929" w:rsidRDefault="009811E5" w:rsidP="006C4929">
      <w:pPr>
        <w:jc w:val="both"/>
        <w:rPr>
          <w:szCs w:val="24"/>
        </w:rPr>
      </w:pPr>
      <w:r w:rsidRPr="001F0D3B">
        <w:rPr>
          <w:b/>
          <w:szCs w:val="24"/>
        </w:rPr>
        <w:t>Mode:</w:t>
      </w:r>
      <w:r w:rsidRPr="006C4929">
        <w:rPr>
          <w:szCs w:val="24"/>
        </w:rPr>
        <w:t xml:space="preserve"> Hybrid</w:t>
      </w:r>
    </w:p>
    <w:p w:rsidR="002207C2" w:rsidRPr="006C4929" w:rsidRDefault="009811E5" w:rsidP="006C4929">
      <w:pPr>
        <w:jc w:val="both"/>
        <w:rPr>
          <w:szCs w:val="24"/>
        </w:rPr>
      </w:pPr>
      <w:r w:rsidRPr="001F0D3B">
        <w:rPr>
          <w:b/>
          <w:szCs w:val="24"/>
        </w:rPr>
        <w:t>Attendance:</w:t>
      </w:r>
      <w:r w:rsidRPr="006C4929">
        <w:rPr>
          <w:szCs w:val="24"/>
        </w:rPr>
        <w:t xml:space="preserve"> ~160 participants</w:t>
      </w:r>
      <w:r w:rsidR="001F0D3B">
        <w:rPr>
          <w:szCs w:val="24"/>
        </w:rPr>
        <w:t xml:space="preserve"> (Online and Physical)</w:t>
      </w:r>
    </w:p>
    <w:p w:rsidR="002207C2" w:rsidRPr="006C4929" w:rsidRDefault="009811E5" w:rsidP="006C4929">
      <w:pPr>
        <w:jc w:val="both"/>
        <w:rPr>
          <w:szCs w:val="24"/>
        </w:rPr>
      </w:pPr>
      <w:r w:rsidRPr="001F0D3B">
        <w:rPr>
          <w:b/>
          <w:szCs w:val="24"/>
        </w:rPr>
        <w:t>Sponsor:</w:t>
      </w:r>
      <w:r w:rsidRPr="006C4929">
        <w:rPr>
          <w:szCs w:val="24"/>
        </w:rPr>
        <w:t xml:space="preserve"> Biztech Technology Consulting Ltd</w:t>
      </w:r>
    </w:p>
    <w:p w:rsidR="002207C2" w:rsidRPr="006C4929" w:rsidRDefault="009811E5" w:rsidP="006C4929">
      <w:pPr>
        <w:jc w:val="both"/>
        <w:rPr>
          <w:szCs w:val="24"/>
        </w:rPr>
      </w:pPr>
      <w:r w:rsidRPr="001F0D3B">
        <w:rPr>
          <w:b/>
          <w:szCs w:val="24"/>
        </w:rPr>
        <w:t>Chairman:</w:t>
      </w:r>
      <w:r w:rsidRPr="006C4929">
        <w:rPr>
          <w:szCs w:val="24"/>
        </w:rPr>
        <w:t xml:space="preserve"> Emmanuel Egbele (represented National President)</w:t>
      </w:r>
    </w:p>
    <w:p w:rsidR="002207C2" w:rsidRPr="006C4929" w:rsidRDefault="009811E5" w:rsidP="006C4929">
      <w:pPr>
        <w:jc w:val="both"/>
        <w:rPr>
          <w:szCs w:val="24"/>
        </w:rPr>
      </w:pPr>
      <w:r w:rsidRPr="001F0D3B">
        <w:rPr>
          <w:b/>
          <w:szCs w:val="24"/>
        </w:rPr>
        <w:t>Speaker:</w:t>
      </w:r>
      <w:r w:rsidRPr="006C4929">
        <w:rPr>
          <w:szCs w:val="24"/>
        </w:rPr>
        <w:t xml:space="preserve"> Bogoedov Daniil</w:t>
      </w:r>
    </w:p>
    <w:p w:rsidR="002207C2" w:rsidRPr="001F0D3B" w:rsidRDefault="009811E5" w:rsidP="006C4929">
      <w:pPr>
        <w:jc w:val="both"/>
        <w:rPr>
          <w:b/>
          <w:szCs w:val="24"/>
        </w:rPr>
      </w:pPr>
      <w:r w:rsidRPr="001F0D3B">
        <w:rPr>
          <w:b/>
          <w:szCs w:val="24"/>
        </w:rPr>
        <w:t>Summary:</w:t>
      </w:r>
    </w:p>
    <w:p w:rsidR="002207C2" w:rsidRPr="006C4929" w:rsidRDefault="009811E5" w:rsidP="006C4929">
      <w:pPr>
        <w:jc w:val="both"/>
        <w:rPr>
          <w:szCs w:val="24"/>
        </w:rPr>
      </w:pPr>
      <w:r w:rsidRPr="006C4929">
        <w:rPr>
          <w:szCs w:val="24"/>
        </w:rPr>
        <w:t>The session explored AI and machine learning a</w:t>
      </w:r>
      <w:r w:rsidRPr="006C4929">
        <w:rPr>
          <w:szCs w:val="24"/>
        </w:rPr>
        <w:t>pplications in seismic interpretation, highlighting practical tools for improving data quality and decision-making.</w:t>
      </w:r>
    </w:p>
    <w:p w:rsidR="002207C2" w:rsidRPr="006C4929" w:rsidRDefault="009811E5" w:rsidP="006C4929">
      <w:pPr>
        <w:jc w:val="both"/>
        <w:rPr>
          <w:szCs w:val="24"/>
        </w:rPr>
      </w:pPr>
      <w:r w:rsidRPr="001F0D3B">
        <w:rPr>
          <w:b/>
          <w:szCs w:val="24"/>
        </w:rPr>
        <w:t>Key Outcome</w:t>
      </w:r>
      <w:r w:rsidRPr="006C4929">
        <w:rPr>
          <w:szCs w:val="24"/>
        </w:rPr>
        <w:t>: Increased awareness of AI-driven geoscience solutions.</w:t>
      </w:r>
    </w:p>
    <w:p w:rsidR="001F0D3B" w:rsidRDefault="001F159A" w:rsidP="001F0D3B">
      <w:pPr>
        <w:spacing w:before="100" w:beforeAutospacing="1" w:after="100" w:afterAutospacing="1" w:line="240" w:lineRule="auto"/>
        <w:jc w:val="both"/>
        <w:outlineLvl w:val="2"/>
        <w:rPr>
          <w:b/>
          <w:szCs w:val="24"/>
        </w:rPr>
      </w:pPr>
      <w:r w:rsidRPr="001F159A">
        <w:rPr>
          <w:b/>
          <w:noProof/>
          <w:szCs w:val="24"/>
        </w:rPr>
        <w:drawing>
          <wp:inline distT="0" distB="0" distL="0" distR="0">
            <wp:extent cx="3095137" cy="2066290"/>
            <wp:effectExtent l="0" t="0" r="0" b="0"/>
            <wp:docPr id="27" name="Picture 27" descr="C:\Users\maria\Desktop\NAPE AND COMEG\EVENTS\MARCH 2026\PHOTO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maria\Desktop\NAPE AND COMEG\EVENTS\MARCH 2026\PHOTO 1.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9206" cy="2075682"/>
                    </a:xfrm>
                    <a:prstGeom prst="rect">
                      <a:avLst/>
                    </a:prstGeom>
                    <a:noFill/>
                    <a:ln>
                      <a:noFill/>
                    </a:ln>
                  </pic:spPr>
                </pic:pic>
              </a:graphicData>
            </a:graphic>
          </wp:inline>
        </w:drawing>
      </w:r>
      <w:r>
        <w:rPr>
          <w:b/>
          <w:szCs w:val="24"/>
        </w:rPr>
        <w:t xml:space="preserve">  </w:t>
      </w:r>
      <w:r w:rsidRPr="001F159A">
        <w:rPr>
          <w:b/>
          <w:noProof/>
          <w:szCs w:val="24"/>
        </w:rPr>
        <w:drawing>
          <wp:inline distT="0" distB="0" distL="0" distR="0">
            <wp:extent cx="3095625" cy="2063750"/>
            <wp:effectExtent l="0" t="0" r="9525" b="0"/>
            <wp:docPr id="28" name="Picture 28" descr="C:\Users\maria\Desktop\NAPE AND COMEG\EVENTS\MARCH 2026\PHOTO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aria\Desktop\NAPE AND COMEG\EVENTS\MARCH 2026\PHOTO 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6263" cy="2064175"/>
                    </a:xfrm>
                    <a:prstGeom prst="rect">
                      <a:avLst/>
                    </a:prstGeom>
                    <a:noFill/>
                    <a:ln>
                      <a:noFill/>
                    </a:ln>
                  </pic:spPr>
                </pic:pic>
              </a:graphicData>
            </a:graphic>
          </wp:inline>
        </w:drawing>
      </w:r>
    </w:p>
    <w:p w:rsidR="001F159A" w:rsidRDefault="00737FC5" w:rsidP="001F0D3B">
      <w:pPr>
        <w:spacing w:before="100" w:beforeAutospacing="1" w:after="100" w:afterAutospacing="1" w:line="240" w:lineRule="auto"/>
        <w:jc w:val="both"/>
        <w:outlineLvl w:val="2"/>
        <w:rPr>
          <w:b/>
          <w:szCs w:val="24"/>
        </w:rPr>
      </w:pPr>
      <w:r w:rsidRPr="00737FC5">
        <w:rPr>
          <w:b/>
          <w:noProof/>
          <w:szCs w:val="24"/>
        </w:rPr>
        <w:drawing>
          <wp:inline distT="0" distB="0" distL="0" distR="0">
            <wp:extent cx="3094990" cy="2063327"/>
            <wp:effectExtent l="0" t="0" r="0" b="0"/>
            <wp:docPr id="29" name="Picture 29" descr="C:\Users\maria\Desktop\NAPE AND COMEG\EVENTS\MARCH 2026\PHOTO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maria\Desktop\NAPE AND COMEG\EVENTS\MARCH 2026\PHOTO 3.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00671" cy="2067114"/>
                    </a:xfrm>
                    <a:prstGeom prst="rect">
                      <a:avLst/>
                    </a:prstGeom>
                    <a:noFill/>
                    <a:ln>
                      <a:noFill/>
                    </a:ln>
                  </pic:spPr>
                </pic:pic>
              </a:graphicData>
            </a:graphic>
          </wp:inline>
        </w:drawing>
      </w:r>
      <w:r>
        <w:rPr>
          <w:b/>
          <w:szCs w:val="24"/>
        </w:rPr>
        <w:t xml:space="preserve">  </w:t>
      </w:r>
      <w:r w:rsidRPr="00737FC5">
        <w:rPr>
          <w:b/>
          <w:noProof/>
          <w:szCs w:val="24"/>
        </w:rPr>
        <w:drawing>
          <wp:inline distT="0" distB="0" distL="0" distR="0">
            <wp:extent cx="3028950" cy="2019300"/>
            <wp:effectExtent l="0" t="0" r="0" b="0"/>
            <wp:docPr id="30" name="Picture 30" descr="C:\Users\maria\Desktop\NAPE AND COMEG\EVENTS\MARCH 2026\PHOTO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maria\Desktop\NAPE AND COMEG\EVENTS\MARCH 2026\PHOTO 4.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33836" cy="2022557"/>
                    </a:xfrm>
                    <a:prstGeom prst="rect">
                      <a:avLst/>
                    </a:prstGeom>
                    <a:noFill/>
                    <a:ln>
                      <a:noFill/>
                    </a:ln>
                  </pic:spPr>
                </pic:pic>
              </a:graphicData>
            </a:graphic>
          </wp:inline>
        </w:drawing>
      </w:r>
    </w:p>
    <w:p w:rsidR="002207C2" w:rsidRPr="00737FC5" w:rsidRDefault="009811E5" w:rsidP="00737FC5">
      <w:pPr>
        <w:spacing w:before="100" w:beforeAutospacing="1" w:after="100" w:afterAutospacing="1" w:line="240" w:lineRule="auto"/>
        <w:jc w:val="center"/>
        <w:outlineLvl w:val="2"/>
        <w:rPr>
          <w:rFonts w:eastAsia="Times New Roman" w:cs="Times New Roman"/>
          <w:b/>
          <w:bCs/>
          <w:sz w:val="32"/>
          <w:szCs w:val="24"/>
        </w:rPr>
      </w:pPr>
      <w:r w:rsidRPr="00737FC5">
        <w:rPr>
          <w:rFonts w:eastAsia="Times New Roman" w:cs="Times New Roman"/>
          <w:b/>
          <w:bCs/>
          <w:sz w:val="32"/>
          <w:szCs w:val="24"/>
        </w:rPr>
        <w:lastRenderedPageBreak/>
        <w:t>APRIL 2026</w:t>
      </w:r>
    </w:p>
    <w:p w:rsidR="002207C2" w:rsidRPr="001F0D3B" w:rsidRDefault="00737FC5" w:rsidP="001F0D3B">
      <w:pPr>
        <w:pStyle w:val="Heading2"/>
        <w:numPr>
          <w:ilvl w:val="0"/>
          <w:numId w:val="10"/>
        </w:numPr>
        <w:spacing w:line="480" w:lineRule="auto"/>
        <w:jc w:val="both"/>
        <w:rPr>
          <w:rFonts w:ascii="Times New Roman" w:eastAsia="Times New Roman" w:hAnsi="Times New Roman" w:cs="Times New Roman"/>
          <w:color w:val="auto"/>
          <w:sz w:val="24"/>
          <w:szCs w:val="24"/>
        </w:rPr>
      </w:pPr>
      <w:r>
        <w:rPr>
          <w:rFonts w:ascii="Times New Roman" w:eastAsia="Times New Roman" w:hAnsi="Times New Roman" w:cs="Times New Roman"/>
          <w:noProof/>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4634152</wp:posOffset>
                </wp:positionH>
                <wp:positionV relativeFrom="paragraph">
                  <wp:posOffset>161613</wp:posOffset>
                </wp:positionV>
                <wp:extent cx="1656184" cy="1819469"/>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656184" cy="1819469"/>
                        </a:xfrm>
                        <a:prstGeom prst="rect">
                          <a:avLst/>
                        </a:prstGeom>
                        <a:noFill/>
                        <a:ln w="6350">
                          <a:noFill/>
                        </a:ln>
                      </wps:spPr>
                      <wps:txbx>
                        <w:txbxContent>
                          <w:p w:rsidR="00737FC5" w:rsidRPr="00737FC5" w:rsidRDefault="00737FC5" w:rsidP="00737FC5">
                            <w:pPr>
                              <w:spacing w:before="100" w:beforeAutospacing="1" w:after="100" w:afterAutospacing="1" w:line="240" w:lineRule="auto"/>
                              <w:rPr>
                                <w:rFonts w:eastAsia="Times New Roman" w:cs="Times New Roman"/>
                                <w:szCs w:val="24"/>
                              </w:rPr>
                            </w:pPr>
                            <w:r w:rsidRPr="00737FC5">
                              <w:rPr>
                                <w:rFonts w:eastAsia="Times New Roman" w:cs="Times New Roman"/>
                                <w:noProof/>
                                <w:szCs w:val="24"/>
                              </w:rPr>
                              <w:drawing>
                                <wp:inline distT="0" distB="0" distL="0" distR="0" wp14:anchorId="35885251" wp14:editId="23C4B1D2">
                                  <wp:extent cx="1380930" cy="1726163"/>
                                  <wp:effectExtent l="0" t="0" r="0" b="7620"/>
                                  <wp:docPr id="33" name="Picture 33" descr="C:\Users\maria\Desktop\NAPE AND COMEG\EVENTS\APRIL 2026\April flier - Hope Okwa 9th Apri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a\Desktop\NAPE AND COMEG\EVENTS\APRIL 2026\April flier - Hope Okwa 9th April.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00719" cy="1750900"/>
                                          </a:xfrm>
                                          <a:prstGeom prst="rect">
                                            <a:avLst/>
                                          </a:prstGeom>
                                          <a:noFill/>
                                          <a:ln>
                                            <a:noFill/>
                                          </a:ln>
                                        </pic:spPr>
                                      </pic:pic>
                                    </a:graphicData>
                                  </a:graphic>
                                </wp:inline>
                              </w:drawing>
                            </w:r>
                          </w:p>
                          <w:p w:rsidR="00737FC5" w:rsidRDefault="00737F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 o:spid="_x0000_s1030" type="#_x0000_t202" style="position:absolute;left:0;text-align:left;margin-left:364.9pt;margin-top:12.75pt;width:130.4pt;height:143.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" filled="f" stroked="f" strokeweight=".5pt">
                <v:textbox>
                  <w:txbxContent>
                    <w:p w:rsidR="00737FC5" w:rsidRPr="00737FC5" w:rsidRDefault="00737FC5" w:rsidP="00737FC5">
                      <w:pPr>
                        <w:spacing w:before="100" w:beforeAutospacing="1" w:after="100" w:afterAutospacing="1" w:line="240" w:lineRule="auto"/>
                        <w:rPr>
                          <w:rFonts w:eastAsia="Times New Roman" w:cs="Times New Roman"/>
                          <w:szCs w:val="24"/>
                        </w:rPr>
                      </w:pPr>
                      <w:r w:rsidRPr="00737FC5">
                        <w:rPr>
                          <w:rFonts w:eastAsia="Times New Roman" w:cs="Times New Roman"/>
                          <w:noProof/>
                          <w:szCs w:val="24"/>
                        </w:rPr>
                        <w:drawing>
                          <wp:inline distT="0" distB="0" distL="0" distR="0" wp14:anchorId="35885251" wp14:editId="23C4B1D2">
                            <wp:extent cx="1380930" cy="1726163"/>
                            <wp:effectExtent l="0" t="0" r="0" b="7620"/>
                            <wp:docPr id="33" name="Picture 33" descr="C:\Users\maria\Desktop\NAPE AND COMEG\EVENTS\APRIL 2026\April flier - Hope Okwa 9th Apri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a\Desktop\NAPE AND COMEG\EVENTS\APRIL 2026\April flier - Hope Okwa 9th April.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00719" cy="1750900"/>
                                    </a:xfrm>
                                    <a:prstGeom prst="rect">
                                      <a:avLst/>
                                    </a:prstGeom>
                                    <a:noFill/>
                                    <a:ln>
                                      <a:noFill/>
                                    </a:ln>
                                  </pic:spPr>
                                </pic:pic>
                              </a:graphicData>
                            </a:graphic>
                          </wp:inline>
                        </w:drawing>
                      </w:r>
                    </w:p>
                    <w:p w:rsidR="00737FC5" w:rsidRDefault="00737FC5"/>
                  </w:txbxContent>
                </v:textbox>
              </v:shape>
            </w:pict>
          </mc:Fallback>
        </mc:AlternateContent>
      </w:r>
      <w:r w:rsidR="009811E5" w:rsidRPr="001F0D3B">
        <w:rPr>
          <w:rFonts w:ascii="Times New Roman" w:eastAsia="Times New Roman" w:hAnsi="Times New Roman" w:cs="Times New Roman"/>
          <w:color w:val="auto"/>
          <w:sz w:val="24"/>
          <w:szCs w:val="24"/>
        </w:rPr>
        <w:t>Virtual Technical Meeting – Early Well Cost Prediction Framew</w:t>
      </w:r>
      <w:r w:rsidR="009811E5" w:rsidRPr="001F0D3B">
        <w:rPr>
          <w:rFonts w:ascii="Times New Roman" w:eastAsia="Times New Roman" w:hAnsi="Times New Roman" w:cs="Times New Roman"/>
          <w:color w:val="auto"/>
          <w:sz w:val="24"/>
          <w:szCs w:val="24"/>
        </w:rPr>
        <w:t>ork</w:t>
      </w:r>
    </w:p>
    <w:p w:rsidR="002207C2" w:rsidRPr="006C4929" w:rsidRDefault="009811E5" w:rsidP="006C4929">
      <w:pPr>
        <w:jc w:val="both"/>
        <w:rPr>
          <w:szCs w:val="24"/>
        </w:rPr>
      </w:pPr>
      <w:r w:rsidRPr="001F0D3B">
        <w:rPr>
          <w:b/>
          <w:szCs w:val="24"/>
        </w:rPr>
        <w:t>Date:</w:t>
      </w:r>
      <w:r w:rsidRPr="006C4929">
        <w:rPr>
          <w:szCs w:val="24"/>
        </w:rPr>
        <w:t xml:space="preserve"> 9th April 2026</w:t>
      </w:r>
    </w:p>
    <w:p w:rsidR="002207C2" w:rsidRPr="006C4929" w:rsidRDefault="009811E5" w:rsidP="006C4929">
      <w:pPr>
        <w:jc w:val="both"/>
        <w:rPr>
          <w:szCs w:val="24"/>
        </w:rPr>
      </w:pPr>
      <w:r w:rsidRPr="001F0D3B">
        <w:rPr>
          <w:b/>
          <w:szCs w:val="24"/>
        </w:rPr>
        <w:t>Mode:</w:t>
      </w:r>
      <w:r w:rsidRPr="006C4929">
        <w:rPr>
          <w:szCs w:val="24"/>
        </w:rPr>
        <w:t xml:space="preserve"> Virtual</w:t>
      </w:r>
    </w:p>
    <w:p w:rsidR="002207C2" w:rsidRPr="006C4929" w:rsidRDefault="009811E5" w:rsidP="006C4929">
      <w:pPr>
        <w:jc w:val="both"/>
        <w:rPr>
          <w:szCs w:val="24"/>
        </w:rPr>
      </w:pPr>
      <w:r w:rsidRPr="001F0D3B">
        <w:rPr>
          <w:b/>
          <w:szCs w:val="24"/>
        </w:rPr>
        <w:t>Attendance:</w:t>
      </w:r>
      <w:r w:rsidR="009B4D0F">
        <w:rPr>
          <w:szCs w:val="24"/>
        </w:rPr>
        <w:t xml:space="preserve"> ~160+</w:t>
      </w:r>
      <w:r w:rsidRPr="006C4929">
        <w:rPr>
          <w:szCs w:val="24"/>
        </w:rPr>
        <w:t xml:space="preserve"> participants</w:t>
      </w:r>
      <w:r w:rsidR="009B4D0F">
        <w:rPr>
          <w:szCs w:val="24"/>
        </w:rPr>
        <w:t xml:space="preserve"> (Physical and virtual)</w:t>
      </w:r>
    </w:p>
    <w:p w:rsidR="002207C2" w:rsidRPr="006C4929" w:rsidRDefault="009811E5" w:rsidP="006C4929">
      <w:pPr>
        <w:jc w:val="both"/>
        <w:rPr>
          <w:szCs w:val="24"/>
        </w:rPr>
      </w:pPr>
      <w:r w:rsidRPr="001F0D3B">
        <w:rPr>
          <w:b/>
          <w:szCs w:val="24"/>
        </w:rPr>
        <w:t>Chairman:</w:t>
      </w:r>
      <w:r w:rsidRPr="006C4929">
        <w:rPr>
          <w:szCs w:val="24"/>
        </w:rPr>
        <w:t xml:space="preserve"> Dr. Victor U.K. </w:t>
      </w:r>
      <w:proofErr w:type="spellStart"/>
      <w:r w:rsidRPr="006C4929">
        <w:rPr>
          <w:szCs w:val="24"/>
        </w:rPr>
        <w:t>Ogujiofor</w:t>
      </w:r>
      <w:proofErr w:type="spellEnd"/>
      <w:r w:rsidR="001F0D3B">
        <w:rPr>
          <w:szCs w:val="24"/>
        </w:rPr>
        <w:t>, NEPL</w:t>
      </w:r>
    </w:p>
    <w:p w:rsidR="002207C2" w:rsidRPr="009B4D0F" w:rsidRDefault="009811E5" w:rsidP="006C4929">
      <w:pPr>
        <w:jc w:val="both"/>
        <w:rPr>
          <w:b/>
          <w:szCs w:val="24"/>
        </w:rPr>
      </w:pPr>
      <w:r w:rsidRPr="009B4D0F">
        <w:rPr>
          <w:b/>
          <w:szCs w:val="24"/>
        </w:rPr>
        <w:t>Summary:</w:t>
      </w:r>
    </w:p>
    <w:p w:rsidR="002207C2" w:rsidRPr="006C4929" w:rsidRDefault="009811E5" w:rsidP="00737FC5">
      <w:pPr>
        <w:ind w:right="567"/>
        <w:jc w:val="both"/>
        <w:rPr>
          <w:szCs w:val="24"/>
        </w:rPr>
      </w:pPr>
      <w:r w:rsidRPr="006C4929">
        <w:rPr>
          <w:szCs w:val="24"/>
        </w:rPr>
        <w:t>The meeting focused on standardized frameworks for predicting well costs in the Niger Delta, improving planning and cost efficiency.</w:t>
      </w:r>
    </w:p>
    <w:p w:rsidR="002207C2" w:rsidRPr="006C4929" w:rsidRDefault="009811E5" w:rsidP="006C4929">
      <w:pPr>
        <w:jc w:val="both"/>
        <w:rPr>
          <w:szCs w:val="24"/>
        </w:rPr>
      </w:pPr>
      <w:r w:rsidRPr="009B4D0F">
        <w:rPr>
          <w:b/>
          <w:szCs w:val="24"/>
        </w:rPr>
        <w:t xml:space="preserve">Key </w:t>
      </w:r>
      <w:r w:rsidRPr="009B4D0F">
        <w:rPr>
          <w:b/>
          <w:szCs w:val="24"/>
        </w:rPr>
        <w:t>Outcome:</w:t>
      </w:r>
      <w:r w:rsidRPr="006C4929">
        <w:rPr>
          <w:szCs w:val="24"/>
        </w:rPr>
        <w:t xml:space="preserve"> Improved understanding of cost optimization strategies.</w:t>
      </w:r>
    </w:p>
    <w:p w:rsidR="001F0D3B" w:rsidRDefault="00737FC5" w:rsidP="00737FC5">
      <w:pPr>
        <w:pStyle w:val="Heading2"/>
        <w:jc w:val="center"/>
        <w:rPr>
          <w:rFonts w:ascii="Times New Roman" w:eastAsia="Times New Roman" w:hAnsi="Times New Roman" w:cs="Times New Roman"/>
          <w:color w:val="auto"/>
          <w:sz w:val="24"/>
          <w:szCs w:val="24"/>
        </w:rPr>
      </w:pPr>
      <w:r w:rsidRPr="00737FC5">
        <w:rPr>
          <w:rFonts w:ascii="Times New Roman" w:eastAsia="Times New Roman" w:hAnsi="Times New Roman" w:cs="Times New Roman"/>
          <w:noProof/>
          <w:color w:val="auto"/>
          <w:sz w:val="24"/>
          <w:szCs w:val="24"/>
        </w:rPr>
        <w:drawing>
          <wp:inline distT="0" distB="0" distL="0" distR="0">
            <wp:extent cx="1558564" cy="2038739"/>
            <wp:effectExtent l="0" t="0" r="3810" b="0"/>
            <wp:docPr id="34" name="Picture 34" descr="C:\Users\maria\AppData\Local\Packages\5319275A.WhatsAppDesktop_cv1g1gvanyjgm\LocalState\sessions\AEE75CDBF052999D511BF2E0F912362271EAD936\transfers\2026-16\WhatsApp Image 2026-04-21 at 10.47.3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maria\AppData\Local\Packages\5319275A.WhatsAppDesktop_cv1g1gvanyjgm\LocalState\sessions\AEE75CDBF052999D511BF2E0F912362271EAD936\transfers\2026-16\WhatsApp Image 2026-04-21 at 10.47.36 AM.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64699" cy="2046764"/>
                    </a:xfrm>
                    <a:prstGeom prst="rect">
                      <a:avLst/>
                    </a:prstGeom>
                    <a:noFill/>
                    <a:ln>
                      <a:noFill/>
                    </a:ln>
                  </pic:spPr>
                </pic:pic>
              </a:graphicData>
            </a:graphic>
          </wp:inline>
        </w:drawing>
      </w:r>
      <w:r w:rsidRPr="00737FC5">
        <w:rPr>
          <w:rFonts w:ascii="Times New Roman" w:eastAsia="Times New Roman" w:hAnsi="Times New Roman" w:cs="Times New Roman"/>
          <w:noProof/>
          <w:color w:val="auto"/>
          <w:sz w:val="24"/>
          <w:szCs w:val="24"/>
        </w:rPr>
        <w:drawing>
          <wp:inline distT="0" distB="0" distL="0" distR="0" wp14:anchorId="4F6222E3" wp14:editId="02E1414D">
            <wp:extent cx="2402633" cy="929463"/>
            <wp:effectExtent l="0" t="0" r="0" b="4445"/>
            <wp:docPr id="35" name="Picture 35" descr="C:\Users\maria\AppData\Local\Packages\5319275A.WhatsAppDesktop_cv1g1gvanyjgm\LocalState\sessions\AEE75CDBF052999D511BF2E0F912362271EAD936\transfers\2026-16\WhatsApp Image 2026-04-21 at 10.47.36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maria\AppData\Local\Packages\5319275A.WhatsAppDesktop_cv1g1gvanyjgm\LocalState\sessions\AEE75CDBF052999D511BF2E0F912362271EAD936\transfers\2026-16\WhatsApp Image 2026-04-21 at 10.47.36 AM (1).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6361" cy="946379"/>
                    </a:xfrm>
                    <a:prstGeom prst="rect">
                      <a:avLst/>
                    </a:prstGeom>
                    <a:noFill/>
                    <a:ln>
                      <a:noFill/>
                    </a:ln>
                  </pic:spPr>
                </pic:pic>
              </a:graphicData>
            </a:graphic>
          </wp:inline>
        </w:drawing>
      </w:r>
      <w:r w:rsidRPr="00737FC5">
        <w:rPr>
          <w:rFonts w:ascii="Times New Roman" w:eastAsia="Times New Roman" w:hAnsi="Times New Roman" w:cs="Times New Roman"/>
          <w:noProof/>
          <w:color w:val="auto"/>
          <w:sz w:val="24"/>
          <w:szCs w:val="24"/>
        </w:rPr>
        <w:drawing>
          <wp:inline distT="0" distB="0" distL="0" distR="0">
            <wp:extent cx="1472968" cy="1926772"/>
            <wp:effectExtent l="0" t="0" r="0" b="0"/>
            <wp:docPr id="37" name="Picture 37" descr="C:\Users\maria\AppData\Local\Packages\5319275A.WhatsAppDesktop_cv1g1gvanyjgm\LocalState\sessions\AEE75CDBF052999D511BF2E0F912362271EAD936\transfers\2026-16\WhatsApp Image 2026-04-21 at 10.47.36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maria\AppData\Local\Packages\5319275A.WhatsAppDesktop_cv1g1gvanyjgm\LocalState\sessions\AEE75CDBF052999D511BF2E0F912362271EAD936\transfers\2026-16\WhatsApp Image 2026-04-21 at 10.47.36 AM (2).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80063" cy="1936053"/>
                    </a:xfrm>
                    <a:prstGeom prst="rect">
                      <a:avLst/>
                    </a:prstGeom>
                    <a:noFill/>
                    <a:ln>
                      <a:noFill/>
                    </a:ln>
                  </pic:spPr>
                </pic:pic>
              </a:graphicData>
            </a:graphic>
          </wp:inline>
        </w:drawing>
      </w:r>
    </w:p>
    <w:p w:rsidR="00737FC5" w:rsidRPr="00737FC5" w:rsidRDefault="00737FC5" w:rsidP="00737FC5">
      <w:r>
        <w:t xml:space="preserve">     </w:t>
      </w:r>
    </w:p>
    <w:p w:rsidR="002207C2" w:rsidRPr="001F0D3B" w:rsidRDefault="009811E5" w:rsidP="001F0D3B">
      <w:pPr>
        <w:pStyle w:val="Heading2"/>
        <w:numPr>
          <w:ilvl w:val="0"/>
          <w:numId w:val="10"/>
        </w:numPr>
        <w:spacing w:line="480" w:lineRule="auto"/>
        <w:jc w:val="both"/>
        <w:rPr>
          <w:rFonts w:ascii="Times New Roman" w:eastAsia="Times New Roman" w:hAnsi="Times New Roman" w:cs="Times New Roman"/>
          <w:color w:val="auto"/>
          <w:sz w:val="24"/>
          <w:szCs w:val="24"/>
        </w:rPr>
      </w:pPr>
      <w:proofErr w:type="spellStart"/>
      <w:r w:rsidRPr="001F0D3B">
        <w:rPr>
          <w:rFonts w:ascii="Times New Roman" w:eastAsia="Times New Roman" w:hAnsi="Times New Roman" w:cs="Times New Roman"/>
          <w:color w:val="auto"/>
          <w:sz w:val="24"/>
          <w:szCs w:val="24"/>
        </w:rPr>
        <w:t>Rahaman</w:t>
      </w:r>
      <w:proofErr w:type="spellEnd"/>
      <w:r w:rsidRPr="001F0D3B">
        <w:rPr>
          <w:rFonts w:ascii="Times New Roman" w:eastAsia="Times New Roman" w:hAnsi="Times New Roman" w:cs="Times New Roman"/>
          <w:color w:val="auto"/>
          <w:sz w:val="24"/>
          <w:szCs w:val="24"/>
        </w:rPr>
        <w:t xml:space="preserve"> 5.0 – 80th Birthday Anniversary Celebration</w:t>
      </w:r>
    </w:p>
    <w:p w:rsidR="002207C2" w:rsidRPr="006C4929" w:rsidRDefault="00737FC5" w:rsidP="006C4929">
      <w:pPr>
        <w:jc w:val="both"/>
        <w:rPr>
          <w:szCs w:val="24"/>
        </w:rPr>
      </w:pPr>
      <w:r>
        <w:rPr>
          <w:b/>
          <w:noProof/>
          <w:szCs w:val="24"/>
        </w:rPr>
        <mc:AlternateContent>
          <mc:Choice Requires="wps">
            <w:drawing>
              <wp:anchor distT="0" distB="0" distL="114300" distR="114300" simplePos="0" relativeHeight="251664384" behindDoc="0" locked="0" layoutInCell="1" allowOverlap="1">
                <wp:simplePos x="0" y="0"/>
                <wp:positionH relativeFrom="column">
                  <wp:posOffset>3299875</wp:posOffset>
                </wp:positionH>
                <wp:positionV relativeFrom="paragraph">
                  <wp:posOffset>94382</wp:posOffset>
                </wp:positionV>
                <wp:extent cx="3540721" cy="1394926"/>
                <wp:effectExtent l="0" t="0" r="0" b="0"/>
                <wp:wrapNone/>
                <wp:docPr id="38" name="Text Box 38"/>
                <wp:cNvGraphicFramePr/>
                <a:graphic xmlns:a="http://schemas.openxmlformats.org/drawingml/2006/main">
                  <a:graphicData uri="http://schemas.microsoft.com/office/word/2010/wordprocessingShape">
                    <wps:wsp>
                      <wps:cNvSpPr txBox="1"/>
                      <wps:spPr>
                        <a:xfrm>
                          <a:off x="0" y="0"/>
                          <a:ext cx="3540721" cy="1394926"/>
                        </a:xfrm>
                        <a:prstGeom prst="rect">
                          <a:avLst/>
                        </a:prstGeom>
                        <a:noFill/>
                        <a:ln w="6350">
                          <a:noFill/>
                        </a:ln>
                      </wps:spPr>
                      <wps:txbx>
                        <w:txbxContent>
                          <w:p w:rsidR="00737FC5" w:rsidRDefault="00765F53">
                            <w:r w:rsidRPr="00765F53">
                              <w:rPr>
                                <w:noProof/>
                              </w:rPr>
                              <w:drawing>
                                <wp:inline distT="0" distB="0" distL="0" distR="0">
                                  <wp:extent cx="3331028" cy="1332204"/>
                                  <wp:effectExtent l="0" t="0" r="3175" b="1905"/>
                                  <wp:docPr id="39" name="Picture 39" descr="C:\Users\maria\AppData\Local\Packages\5319275A.WhatsAppDesktop_cv1g1gvanyjgm\LocalState\sessions\AEE75CDBF052999D511BF2E0F912362271EAD936\transfers\2026-16\WhatsApp Image 2026-04-13 at 3.32.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maria\AppData\Local\Packages\5319275A.WhatsAppDesktop_cv1g1gvanyjgm\LocalState\sessions\AEE75CDBF052999D511BF2E0F912362271EAD936\transfers\2026-16\WhatsApp Image 2026-04-13 at 3.32.11 PM.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51568" cy="134041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31" type="#_x0000_t202" style="position:absolute;left:0;text-align:left;margin-left:259.85pt;margin-top:7.45pt;width:278.8pt;height:109.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" filled="f" stroked="f" strokeweight=".5pt">
                <v:textbox>
                  <w:txbxContent>
                    <w:p w:rsidR="00737FC5" w:rsidRDefault="00765F53">
                      <w:r w:rsidRPr="00765F53">
                        <w:rPr>
                          <w:noProof/>
                        </w:rPr>
                        <w:drawing>
                          <wp:inline distT="0" distB="0" distL="0" distR="0">
                            <wp:extent cx="3331028" cy="1332204"/>
                            <wp:effectExtent l="0" t="0" r="3175" b="1905"/>
                            <wp:docPr id="39" name="Picture 39" descr="C:\Users\maria\AppData\Local\Packages\5319275A.WhatsAppDesktop_cv1g1gvanyjgm\LocalState\sessions\AEE75CDBF052999D511BF2E0F912362271EAD936\transfers\2026-16\WhatsApp Image 2026-04-13 at 3.32.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maria\AppData\Local\Packages\5319275A.WhatsAppDesktop_cv1g1gvanyjgm\LocalState\sessions\AEE75CDBF052999D511BF2E0F912362271EAD936\transfers\2026-16\WhatsApp Image 2026-04-13 at 3.32.11 PM.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51568" cy="1340419"/>
                                    </a:xfrm>
                                    <a:prstGeom prst="rect">
                                      <a:avLst/>
                                    </a:prstGeom>
                                    <a:noFill/>
                                    <a:ln>
                                      <a:noFill/>
                                    </a:ln>
                                  </pic:spPr>
                                </pic:pic>
                              </a:graphicData>
                            </a:graphic>
                          </wp:inline>
                        </w:drawing>
                      </w:r>
                    </w:p>
                  </w:txbxContent>
                </v:textbox>
              </v:shape>
            </w:pict>
          </mc:Fallback>
        </mc:AlternateContent>
      </w:r>
      <w:r w:rsidR="009811E5" w:rsidRPr="009B4D0F">
        <w:rPr>
          <w:b/>
          <w:szCs w:val="24"/>
        </w:rPr>
        <w:t>Date:</w:t>
      </w:r>
      <w:r w:rsidR="009811E5" w:rsidRPr="006C4929">
        <w:rPr>
          <w:szCs w:val="24"/>
        </w:rPr>
        <w:t xml:space="preserve"> 18th April 2026</w:t>
      </w:r>
    </w:p>
    <w:p w:rsidR="002207C2" w:rsidRPr="006C4929" w:rsidRDefault="009B4D0F" w:rsidP="006C4929">
      <w:pPr>
        <w:jc w:val="both"/>
        <w:rPr>
          <w:szCs w:val="24"/>
        </w:rPr>
      </w:pPr>
      <w:r w:rsidRPr="009B4D0F">
        <w:rPr>
          <w:b/>
          <w:szCs w:val="24"/>
        </w:rPr>
        <w:t>Mode:</w:t>
      </w:r>
      <w:r>
        <w:rPr>
          <w:szCs w:val="24"/>
        </w:rPr>
        <w:t xml:space="preserve"> Hybrid </w:t>
      </w:r>
    </w:p>
    <w:p w:rsidR="002207C2" w:rsidRPr="006C4929" w:rsidRDefault="009811E5" w:rsidP="006C4929">
      <w:pPr>
        <w:jc w:val="both"/>
        <w:rPr>
          <w:szCs w:val="24"/>
        </w:rPr>
      </w:pPr>
      <w:r w:rsidRPr="009B4D0F">
        <w:rPr>
          <w:b/>
          <w:szCs w:val="24"/>
        </w:rPr>
        <w:t>Attendance:</w:t>
      </w:r>
      <w:r w:rsidRPr="006C4929">
        <w:rPr>
          <w:szCs w:val="24"/>
        </w:rPr>
        <w:t xml:space="preserve"> ~150 participants</w:t>
      </w:r>
      <w:r w:rsidR="009B4D0F">
        <w:rPr>
          <w:szCs w:val="24"/>
        </w:rPr>
        <w:t xml:space="preserve"> (physical and virtual)</w:t>
      </w:r>
    </w:p>
    <w:p w:rsidR="002207C2" w:rsidRPr="006C4929" w:rsidRDefault="009811E5" w:rsidP="006C4929">
      <w:pPr>
        <w:jc w:val="both"/>
        <w:rPr>
          <w:szCs w:val="24"/>
        </w:rPr>
      </w:pPr>
      <w:r w:rsidRPr="009B4D0F">
        <w:rPr>
          <w:b/>
          <w:szCs w:val="24"/>
        </w:rPr>
        <w:t>Chairman</w:t>
      </w:r>
      <w:r w:rsidR="009B4D0F">
        <w:rPr>
          <w:szCs w:val="24"/>
        </w:rPr>
        <w:t xml:space="preserve">: Dr. </w:t>
      </w:r>
      <w:proofErr w:type="spellStart"/>
      <w:r w:rsidR="009B4D0F">
        <w:rPr>
          <w:szCs w:val="24"/>
        </w:rPr>
        <w:t>Kehind</w:t>
      </w:r>
      <w:proofErr w:type="spellEnd"/>
      <w:r w:rsidR="009B4D0F">
        <w:rPr>
          <w:szCs w:val="24"/>
        </w:rPr>
        <w:t xml:space="preserve"> </w:t>
      </w:r>
      <w:proofErr w:type="spellStart"/>
      <w:r w:rsidR="009B4D0F">
        <w:rPr>
          <w:szCs w:val="24"/>
        </w:rPr>
        <w:t>Ladipo</w:t>
      </w:r>
      <w:proofErr w:type="spellEnd"/>
    </w:p>
    <w:p w:rsidR="002207C2" w:rsidRPr="006C4929" w:rsidRDefault="009811E5" w:rsidP="006C4929">
      <w:pPr>
        <w:jc w:val="both"/>
        <w:rPr>
          <w:szCs w:val="24"/>
        </w:rPr>
      </w:pPr>
      <w:r w:rsidRPr="009B4D0F">
        <w:rPr>
          <w:b/>
          <w:szCs w:val="24"/>
        </w:rPr>
        <w:t>Key Speaker:</w:t>
      </w:r>
      <w:r w:rsidRPr="006C4929">
        <w:rPr>
          <w:szCs w:val="24"/>
        </w:rPr>
        <w:t xml:space="preserve"> Prof. S. Felix Totteu</w:t>
      </w:r>
    </w:p>
    <w:p w:rsidR="002207C2" w:rsidRPr="009B4D0F" w:rsidRDefault="009811E5" w:rsidP="006C4929">
      <w:pPr>
        <w:jc w:val="both"/>
        <w:rPr>
          <w:b/>
          <w:szCs w:val="24"/>
        </w:rPr>
      </w:pPr>
      <w:r w:rsidRPr="009B4D0F">
        <w:rPr>
          <w:b/>
          <w:szCs w:val="24"/>
        </w:rPr>
        <w:t>Summary:</w:t>
      </w:r>
    </w:p>
    <w:p w:rsidR="002207C2" w:rsidRPr="006C4929" w:rsidRDefault="009811E5" w:rsidP="006C4929">
      <w:pPr>
        <w:jc w:val="both"/>
        <w:rPr>
          <w:szCs w:val="24"/>
        </w:rPr>
      </w:pPr>
      <w:r w:rsidRPr="006C4929">
        <w:rPr>
          <w:szCs w:val="24"/>
        </w:rPr>
        <w:t xml:space="preserve">A landmark </w:t>
      </w:r>
      <w:r w:rsidRPr="006C4929">
        <w:rPr>
          <w:szCs w:val="24"/>
        </w:rPr>
        <w:t>event celebrating Prof. Omar Rahaman’s contributions to African geoscience. The keynote lecture focused on geodiversity and its importance to sustainable development.</w:t>
      </w:r>
    </w:p>
    <w:p w:rsidR="002207C2" w:rsidRDefault="009811E5" w:rsidP="006C4929">
      <w:pPr>
        <w:jc w:val="both"/>
        <w:rPr>
          <w:szCs w:val="24"/>
        </w:rPr>
      </w:pPr>
      <w:r w:rsidRPr="009B4D0F">
        <w:rPr>
          <w:b/>
          <w:szCs w:val="24"/>
        </w:rPr>
        <w:t>Key Outcome:</w:t>
      </w:r>
      <w:r w:rsidRPr="006C4929">
        <w:rPr>
          <w:szCs w:val="24"/>
        </w:rPr>
        <w:t xml:space="preserve"> Recognition of legacy and advancement of geoscience discourse in Africa.</w:t>
      </w:r>
    </w:p>
    <w:p w:rsidR="009811E5" w:rsidRDefault="009811E5" w:rsidP="006C4929">
      <w:pPr>
        <w:jc w:val="both"/>
        <w:rPr>
          <w:szCs w:val="24"/>
        </w:rPr>
      </w:pPr>
    </w:p>
    <w:p w:rsidR="009811E5" w:rsidRDefault="009811E5" w:rsidP="006C4929">
      <w:pPr>
        <w:jc w:val="both"/>
        <w:rPr>
          <w:szCs w:val="24"/>
        </w:rPr>
      </w:pPr>
      <w:r w:rsidRPr="009811E5">
        <w:rPr>
          <w:noProof/>
          <w:szCs w:val="24"/>
        </w:rPr>
        <w:lastRenderedPageBreak/>
        <w:drawing>
          <wp:inline distT="0" distB="0" distL="0" distR="0">
            <wp:extent cx="3107094" cy="2071396"/>
            <wp:effectExtent l="0" t="0" r="0" b="5080"/>
            <wp:docPr id="50" name="Picture 50" descr="C:\Users\maria\AppData\Local\Packages\5319275A.WhatsAppDesktop_cv1g1gvanyjgm\LocalState\sessions\AEE75CDBF052999D511BF2E0F912362271EAD936\transfers\2026-16\WhatsApp Image 2026-04-21 at 11.18.3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maria\AppData\Local\Packages\5319275A.WhatsAppDesktop_cv1g1gvanyjgm\LocalState\sessions\AEE75CDBF052999D511BF2E0F912362271EAD936\transfers\2026-16\WhatsApp Image 2026-04-21 at 11.18.30 AM.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22330" cy="2081553"/>
                    </a:xfrm>
                    <a:prstGeom prst="rect">
                      <a:avLst/>
                    </a:prstGeom>
                    <a:noFill/>
                    <a:ln>
                      <a:noFill/>
                    </a:ln>
                  </pic:spPr>
                </pic:pic>
              </a:graphicData>
            </a:graphic>
          </wp:inline>
        </w:drawing>
      </w:r>
      <w:r>
        <w:rPr>
          <w:szCs w:val="24"/>
        </w:rPr>
        <w:t xml:space="preserve"> </w:t>
      </w:r>
      <w:r w:rsidRPr="009811E5">
        <w:rPr>
          <w:noProof/>
          <w:szCs w:val="24"/>
        </w:rPr>
        <w:drawing>
          <wp:inline distT="0" distB="0" distL="0" distR="0">
            <wp:extent cx="3065106" cy="2043404"/>
            <wp:effectExtent l="0" t="0" r="2540" b="0"/>
            <wp:docPr id="51" name="Picture 51" descr="C:\Users\maria\AppData\Local\Packages\5319275A.WhatsAppDesktop_cv1g1gvanyjgm\LocalState\sessions\AEE75CDBF052999D511BF2E0F912362271EAD936\transfers\2026-16\WhatsApp Image 2026-04-21 at 11.18.5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maria\AppData\Local\Packages\5319275A.WhatsAppDesktop_cv1g1gvanyjgm\LocalState\sessions\AEE75CDBF052999D511BF2E0F912362271EAD936\transfers\2026-16\WhatsApp Image 2026-04-21 at 11.18.51 AM.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77587" cy="2051724"/>
                    </a:xfrm>
                    <a:prstGeom prst="rect">
                      <a:avLst/>
                    </a:prstGeom>
                    <a:noFill/>
                    <a:ln>
                      <a:noFill/>
                    </a:ln>
                  </pic:spPr>
                </pic:pic>
              </a:graphicData>
            </a:graphic>
          </wp:inline>
        </w:drawing>
      </w:r>
    </w:p>
    <w:p w:rsidR="009811E5" w:rsidRDefault="009811E5" w:rsidP="006C4929">
      <w:pPr>
        <w:jc w:val="both"/>
        <w:rPr>
          <w:szCs w:val="24"/>
        </w:rPr>
      </w:pPr>
      <w:r w:rsidRPr="009811E5">
        <w:rPr>
          <w:noProof/>
          <w:szCs w:val="24"/>
        </w:rPr>
        <w:drawing>
          <wp:inline distT="0" distB="0" distL="0" distR="0">
            <wp:extent cx="3079101" cy="2052734"/>
            <wp:effectExtent l="0" t="0" r="7620" b="5080"/>
            <wp:docPr id="52" name="Picture 52" descr="C:\Users\maria\AppData\Local\Packages\5319275A.WhatsAppDesktop_cv1g1gvanyjgm\LocalState\sessions\AEE75CDBF052999D511BF2E0F912362271EAD936\transfers\2026-16\WhatsApp Image 2026-04-21 at 11.16.5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maria\AppData\Local\Packages\5319275A.WhatsAppDesktop_cv1g1gvanyjgm\LocalState\sessions\AEE75CDBF052999D511BF2E0F912362271EAD936\transfers\2026-16\WhatsApp Image 2026-04-21 at 11.16.52 AM.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02901" cy="2068601"/>
                    </a:xfrm>
                    <a:prstGeom prst="rect">
                      <a:avLst/>
                    </a:prstGeom>
                    <a:noFill/>
                    <a:ln>
                      <a:noFill/>
                    </a:ln>
                  </pic:spPr>
                </pic:pic>
              </a:graphicData>
            </a:graphic>
          </wp:inline>
        </w:drawing>
      </w:r>
      <w:r>
        <w:rPr>
          <w:szCs w:val="24"/>
        </w:rPr>
        <w:t xml:space="preserve"> </w:t>
      </w:r>
      <w:r w:rsidRPr="009811E5">
        <w:rPr>
          <w:noProof/>
          <w:szCs w:val="24"/>
        </w:rPr>
        <w:drawing>
          <wp:inline distT="0" distB="0" distL="0" distR="0">
            <wp:extent cx="3087347" cy="2058231"/>
            <wp:effectExtent l="0" t="0" r="0" b="0"/>
            <wp:docPr id="53" name="Picture 53" descr="C:\Users\maria\AppData\Local\Packages\5319275A.WhatsAppDesktop_cv1g1gvanyjgm\LocalState\sessions\AEE75CDBF052999D511BF2E0F912362271EAD936\transfers\2026-16\WhatsApp Image 2026-04-21 at 11.17.2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maria\AppData\Local\Packages\5319275A.WhatsAppDesktop_cv1g1gvanyjgm\LocalState\sessions\AEE75CDBF052999D511BF2E0F912362271EAD936\transfers\2026-16\WhatsApp Image 2026-04-21 at 11.17.28 AM.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11723" cy="2074482"/>
                    </a:xfrm>
                    <a:prstGeom prst="rect">
                      <a:avLst/>
                    </a:prstGeom>
                    <a:noFill/>
                    <a:ln>
                      <a:noFill/>
                    </a:ln>
                  </pic:spPr>
                </pic:pic>
              </a:graphicData>
            </a:graphic>
          </wp:inline>
        </w:drawing>
      </w:r>
    </w:p>
    <w:p w:rsidR="009811E5" w:rsidRDefault="009811E5" w:rsidP="006C4929">
      <w:pPr>
        <w:jc w:val="both"/>
        <w:rPr>
          <w:szCs w:val="24"/>
        </w:rPr>
      </w:pPr>
      <w:r w:rsidRPr="009811E5">
        <w:rPr>
          <w:noProof/>
          <w:szCs w:val="24"/>
        </w:rPr>
        <w:drawing>
          <wp:inline distT="0" distB="0" distL="0" distR="0">
            <wp:extent cx="3072103" cy="2048069"/>
            <wp:effectExtent l="0" t="0" r="0" b="0"/>
            <wp:docPr id="54" name="Picture 54" descr="C:\Users\maria\AppData\Local\Packages\5319275A.WhatsAppDesktop_cv1g1gvanyjgm\LocalState\sessions\AEE75CDBF052999D511BF2E0F912362271EAD936\transfers\2026-16\WhatsApp Image 2026-04-21 at 11.18.0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maria\AppData\Local\Packages\5319275A.WhatsAppDesktop_cv1g1gvanyjgm\LocalState\sessions\AEE75CDBF052999D511BF2E0F912362271EAD936\transfers\2026-16\WhatsApp Image 2026-04-21 at 11.18.08 AM.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87972" cy="2058648"/>
                    </a:xfrm>
                    <a:prstGeom prst="rect">
                      <a:avLst/>
                    </a:prstGeom>
                    <a:noFill/>
                    <a:ln>
                      <a:noFill/>
                    </a:ln>
                  </pic:spPr>
                </pic:pic>
              </a:graphicData>
            </a:graphic>
          </wp:inline>
        </w:drawing>
      </w:r>
      <w:r>
        <w:rPr>
          <w:szCs w:val="24"/>
        </w:rPr>
        <w:t xml:space="preserve"> </w:t>
      </w:r>
      <w:r w:rsidRPr="009811E5">
        <w:rPr>
          <w:noProof/>
          <w:szCs w:val="24"/>
        </w:rPr>
        <w:drawing>
          <wp:inline distT="0" distB="0" distL="0" distR="0">
            <wp:extent cx="3071495" cy="2047663"/>
            <wp:effectExtent l="0" t="0" r="0" b="0"/>
            <wp:docPr id="55" name="Picture 55" descr="C:\Users\maria\AppData\Local\Packages\5319275A.WhatsAppDesktop_cv1g1gvanyjgm\LocalState\sessions\AEE75CDBF052999D511BF2E0F912362271EAD936\transfers\2026-16\WhatsApp Image 2026-04-21 at 11.16.0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maria\AppData\Local\Packages\5319275A.WhatsAppDesktop_cv1g1gvanyjgm\LocalState\sessions\AEE75CDBF052999D511BF2E0F912362271EAD936\transfers\2026-16\WhatsApp Image 2026-04-21 at 11.16.00 AM.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74997" cy="2049997"/>
                    </a:xfrm>
                    <a:prstGeom prst="rect">
                      <a:avLst/>
                    </a:prstGeom>
                    <a:noFill/>
                    <a:ln>
                      <a:noFill/>
                    </a:ln>
                  </pic:spPr>
                </pic:pic>
              </a:graphicData>
            </a:graphic>
          </wp:inline>
        </w:drawing>
      </w:r>
    </w:p>
    <w:p w:rsidR="009811E5" w:rsidRDefault="009811E5" w:rsidP="006C4929">
      <w:pPr>
        <w:jc w:val="both"/>
        <w:rPr>
          <w:szCs w:val="24"/>
        </w:rPr>
      </w:pPr>
      <w:r w:rsidRPr="009811E5">
        <w:rPr>
          <w:noProof/>
          <w:szCs w:val="24"/>
        </w:rPr>
        <w:drawing>
          <wp:inline distT="0" distB="0" distL="0" distR="0">
            <wp:extent cx="3107055" cy="2072904"/>
            <wp:effectExtent l="0" t="0" r="0" b="3810"/>
            <wp:docPr id="56" name="Picture 56" descr="C:\Users\maria\AppData\Local\Packages\5319275A.WhatsAppDesktop_cv1g1gvanyjgm\LocalState\sessions\AEE75CDBF052999D511BF2E0F912362271EAD936\transfers\2026-16\WhatsApp Image 2026-04-21 at 11.16.3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maria\AppData\Local\Packages\5319275A.WhatsAppDesktop_cv1g1gvanyjgm\LocalState\sessions\AEE75CDBF052999D511BF2E0F912362271EAD936\transfers\2026-16\WhatsApp Image 2026-04-21 at 11.16.32 AM.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54510" cy="2104564"/>
                    </a:xfrm>
                    <a:prstGeom prst="rect">
                      <a:avLst/>
                    </a:prstGeom>
                    <a:noFill/>
                    <a:ln>
                      <a:noFill/>
                    </a:ln>
                  </pic:spPr>
                </pic:pic>
              </a:graphicData>
            </a:graphic>
          </wp:inline>
        </w:drawing>
      </w:r>
      <w:r>
        <w:rPr>
          <w:szCs w:val="24"/>
        </w:rPr>
        <w:t xml:space="preserve"> </w:t>
      </w:r>
      <w:r w:rsidRPr="009811E5">
        <w:rPr>
          <w:noProof/>
          <w:szCs w:val="24"/>
        </w:rPr>
        <w:drawing>
          <wp:inline distT="0" distB="0" distL="0" distR="0">
            <wp:extent cx="3107055" cy="2072905"/>
            <wp:effectExtent l="0" t="0" r="0" b="3810"/>
            <wp:docPr id="57" name="Picture 57" descr="C:\Users\maria\AppData\Local\Packages\5319275A.WhatsAppDesktop_cv1g1gvanyjgm\LocalState\sessions\AEE75CDBF052999D511BF2E0F912362271EAD936\transfers\2026-16\WhatsApp Image 2026-04-21 at 11.15.2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maria\AppData\Local\Packages\5319275A.WhatsAppDesktop_cv1g1gvanyjgm\LocalState\sessions\AEE75CDBF052999D511BF2E0F912362271EAD936\transfers\2026-16\WhatsApp Image 2026-04-21 at 11.15.20 AM.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24222" cy="2084358"/>
                    </a:xfrm>
                    <a:prstGeom prst="rect">
                      <a:avLst/>
                    </a:prstGeom>
                    <a:noFill/>
                    <a:ln>
                      <a:noFill/>
                    </a:ln>
                  </pic:spPr>
                </pic:pic>
              </a:graphicData>
            </a:graphic>
          </wp:inline>
        </w:drawing>
      </w:r>
    </w:p>
    <w:p w:rsidR="00765F53" w:rsidRDefault="00765F53" w:rsidP="006C4929">
      <w:pPr>
        <w:jc w:val="both"/>
        <w:rPr>
          <w:szCs w:val="24"/>
        </w:rPr>
      </w:pPr>
    </w:p>
    <w:p w:rsidR="003839BF" w:rsidRPr="003839BF" w:rsidRDefault="003839BF" w:rsidP="003839BF">
      <w:pPr>
        <w:pStyle w:val="ListParagraph"/>
        <w:numPr>
          <w:ilvl w:val="0"/>
          <w:numId w:val="10"/>
        </w:numPr>
        <w:spacing w:before="100" w:beforeAutospacing="1" w:after="100" w:afterAutospacing="1" w:line="240" w:lineRule="auto"/>
        <w:outlineLvl w:val="2"/>
        <w:rPr>
          <w:rFonts w:eastAsia="Times New Roman" w:cs="Times New Roman"/>
          <w:b/>
          <w:bCs/>
          <w:sz w:val="27"/>
          <w:szCs w:val="27"/>
        </w:rPr>
      </w:pPr>
      <w:r w:rsidRPr="003839BF">
        <w:rPr>
          <w:rFonts w:eastAsia="Times New Roman" w:cs="Times New Roman"/>
          <w:b/>
          <w:bCs/>
          <w:sz w:val="27"/>
          <w:szCs w:val="27"/>
        </w:rPr>
        <w:lastRenderedPageBreak/>
        <w:t>Member Engagement Initiatives</w:t>
      </w:r>
    </w:p>
    <w:p w:rsidR="003839BF" w:rsidRPr="003839BF" w:rsidRDefault="003839BF" w:rsidP="003839BF">
      <w:pPr>
        <w:spacing w:before="100" w:beforeAutospacing="1" w:after="100" w:afterAutospacing="1" w:line="360" w:lineRule="auto"/>
        <w:rPr>
          <w:rFonts w:eastAsia="Times New Roman" w:cs="Times New Roman"/>
          <w:szCs w:val="24"/>
        </w:rPr>
      </w:pPr>
      <w:r w:rsidRPr="003839BF">
        <w:rPr>
          <w:rFonts w:eastAsia="Times New Roman" w:cs="Times New Roman"/>
          <w:b/>
          <w:bCs/>
          <w:szCs w:val="24"/>
        </w:rPr>
        <w:t>Start Date:</w:t>
      </w:r>
      <w:r w:rsidRPr="003839BF">
        <w:rPr>
          <w:rFonts w:eastAsia="Times New Roman" w:cs="Times New Roman"/>
          <w:szCs w:val="24"/>
        </w:rPr>
        <w:t xml:space="preserve"> February 2026 (Ongoing)</w:t>
      </w:r>
      <w:r w:rsidRPr="003839BF">
        <w:rPr>
          <w:rFonts w:eastAsia="Times New Roman" w:cs="Times New Roman"/>
          <w:szCs w:val="24"/>
        </w:rPr>
        <w:br/>
      </w:r>
      <w:r w:rsidRPr="003839BF">
        <w:rPr>
          <w:rFonts w:eastAsia="Times New Roman" w:cs="Times New Roman"/>
          <w:b/>
          <w:bCs/>
          <w:szCs w:val="24"/>
        </w:rPr>
        <w:t>Mode:</w:t>
      </w:r>
      <w:r w:rsidRPr="003839BF">
        <w:rPr>
          <w:rFonts w:eastAsia="Times New Roman" w:cs="Times New Roman"/>
          <w:szCs w:val="24"/>
        </w:rPr>
        <w:t xml:space="preserve"> Virtual (WhatsApp &amp; </w:t>
      </w:r>
      <w:proofErr w:type="spellStart"/>
      <w:r w:rsidRPr="003839BF">
        <w:rPr>
          <w:rFonts w:eastAsia="Times New Roman" w:cs="Times New Roman"/>
          <w:szCs w:val="24"/>
        </w:rPr>
        <w:t>Slido</w:t>
      </w:r>
      <w:proofErr w:type="spellEnd"/>
      <w:r w:rsidRPr="003839BF">
        <w:rPr>
          <w:rFonts w:eastAsia="Times New Roman" w:cs="Times New Roman"/>
          <w:szCs w:val="24"/>
        </w:rPr>
        <w:t>) with Physical Integration</w:t>
      </w:r>
    </w:p>
    <w:p w:rsidR="003839BF" w:rsidRPr="003839BF" w:rsidRDefault="003839BF" w:rsidP="003839BF">
      <w:pPr>
        <w:spacing w:before="100" w:beforeAutospacing="1" w:after="100" w:afterAutospacing="1" w:line="240" w:lineRule="auto"/>
        <w:ind w:right="567"/>
        <w:jc w:val="both"/>
        <w:rPr>
          <w:rFonts w:eastAsia="Times New Roman" w:cs="Times New Roman"/>
          <w:szCs w:val="24"/>
        </w:rPr>
      </w:pPr>
      <w:r w:rsidRPr="003839BF">
        <w:rPr>
          <w:rFonts w:eastAsia="Times New Roman" w:cs="Times New Roman"/>
          <w:szCs w:val="24"/>
        </w:rPr>
        <w:t xml:space="preserve">In line with its commitment to continuous learning and active member participation, the Abuja Chapter introduced a series of </w:t>
      </w:r>
      <w:r w:rsidRPr="003839BF">
        <w:rPr>
          <w:rFonts w:eastAsia="Times New Roman" w:cs="Times New Roman"/>
          <w:b/>
          <w:bCs/>
          <w:szCs w:val="24"/>
        </w:rPr>
        <w:t>Member Engagement Initiatives</w:t>
      </w:r>
      <w:r w:rsidRPr="003839BF">
        <w:rPr>
          <w:rFonts w:eastAsia="Times New Roman" w:cs="Times New Roman"/>
          <w:szCs w:val="24"/>
        </w:rPr>
        <w:t xml:space="preserve"> designed to foster knowledge sharing, interaction, and professional development in an engaging and accessible format.</w:t>
      </w:r>
    </w:p>
    <w:p w:rsidR="003839BF" w:rsidRPr="003839BF" w:rsidRDefault="003839BF" w:rsidP="003839BF">
      <w:pPr>
        <w:spacing w:before="100" w:beforeAutospacing="1" w:after="100" w:afterAutospacing="1" w:line="240" w:lineRule="auto"/>
        <w:ind w:right="567"/>
        <w:jc w:val="both"/>
        <w:rPr>
          <w:rFonts w:eastAsia="Times New Roman" w:cs="Times New Roman"/>
          <w:szCs w:val="24"/>
        </w:rPr>
      </w:pPr>
      <w:r w:rsidRPr="003839BF">
        <w:rPr>
          <w:rFonts w:eastAsia="Times New Roman" w:cs="Times New Roman"/>
          <w:szCs w:val="24"/>
        </w:rPr>
        <w:t xml:space="preserve">One of the key initiatives is the </w:t>
      </w:r>
      <w:r w:rsidRPr="003839BF">
        <w:rPr>
          <w:rFonts w:eastAsia="Times New Roman" w:cs="Times New Roman"/>
          <w:b/>
          <w:bCs/>
          <w:szCs w:val="24"/>
        </w:rPr>
        <w:t>Monthly Knowledge Quiz</w:t>
      </w:r>
      <w:r w:rsidRPr="003839BF">
        <w:rPr>
          <w:rFonts w:eastAsia="Times New Roman" w:cs="Times New Roman"/>
          <w:szCs w:val="24"/>
        </w:rPr>
        <w:t xml:space="preserve">, conducted every Friday via the Chapter’s WhatsApp platform using </w:t>
      </w:r>
      <w:proofErr w:type="spellStart"/>
      <w:r w:rsidRPr="003839BF">
        <w:rPr>
          <w:rFonts w:eastAsia="Times New Roman" w:cs="Times New Roman"/>
          <w:szCs w:val="24"/>
        </w:rPr>
        <w:t>Slido</w:t>
      </w:r>
      <w:proofErr w:type="spellEnd"/>
      <w:r w:rsidRPr="003839BF">
        <w:rPr>
          <w:rFonts w:eastAsia="Times New Roman" w:cs="Times New Roman"/>
          <w:szCs w:val="24"/>
        </w:rPr>
        <w:t>. The quiz features geology and geoscience-related questions and follows a s</w:t>
      </w:r>
      <w:r>
        <w:rPr>
          <w:rFonts w:eastAsia="Times New Roman" w:cs="Times New Roman"/>
          <w:szCs w:val="24"/>
        </w:rPr>
        <w:t xml:space="preserve">tructured qualification process, </w:t>
      </w:r>
      <w:r w:rsidRPr="003839BF">
        <w:rPr>
          <w:rFonts w:eastAsia="Times New Roman" w:cs="Times New Roman"/>
          <w:szCs w:val="24"/>
        </w:rPr>
        <w:t xml:space="preserve">from the top 15 to top </w:t>
      </w:r>
      <w:r>
        <w:rPr>
          <w:rFonts w:eastAsia="Times New Roman" w:cs="Times New Roman"/>
          <w:szCs w:val="24"/>
        </w:rPr>
        <w:t xml:space="preserve">10, and then top 5 participants, </w:t>
      </w:r>
      <w:r w:rsidRPr="003839BF">
        <w:rPr>
          <w:rFonts w:eastAsia="Times New Roman" w:cs="Times New Roman"/>
          <w:szCs w:val="24"/>
        </w:rPr>
        <w:t>over four consecutive Fridays. The final round produces the top 3 winners, who are recognized and awarded during the Chapter’s Physical Technical Business Meetings. This initiative has recorded strong participation and has encouraged healthy competition and continuous technical learning among members.</w:t>
      </w:r>
    </w:p>
    <w:p w:rsidR="003839BF" w:rsidRPr="003839BF" w:rsidRDefault="003839BF" w:rsidP="003839BF">
      <w:pPr>
        <w:spacing w:before="100" w:beforeAutospacing="1" w:after="100" w:afterAutospacing="1" w:line="240" w:lineRule="auto"/>
        <w:ind w:right="567"/>
        <w:jc w:val="both"/>
        <w:rPr>
          <w:rFonts w:eastAsia="Times New Roman" w:cs="Times New Roman"/>
          <w:szCs w:val="24"/>
        </w:rPr>
      </w:pPr>
      <w:r w:rsidRPr="003839BF">
        <w:rPr>
          <w:rFonts w:eastAsia="Times New Roman" w:cs="Times New Roman"/>
          <w:szCs w:val="24"/>
        </w:rPr>
        <w:t xml:space="preserve">Complementing this is the </w:t>
      </w:r>
      <w:r w:rsidRPr="003839BF">
        <w:rPr>
          <w:rFonts w:eastAsia="Times New Roman" w:cs="Times New Roman"/>
          <w:b/>
          <w:bCs/>
          <w:szCs w:val="24"/>
        </w:rPr>
        <w:t>Monday Morning Fun Facts Initiative</w:t>
      </w:r>
      <w:r w:rsidRPr="003839BF">
        <w:rPr>
          <w:rFonts w:eastAsia="Times New Roman" w:cs="Times New Roman"/>
          <w:szCs w:val="24"/>
        </w:rPr>
        <w:t>, where short, engaging, and educational facts are shared weekly on the Chapter’s WhatsApp platform. These cover diverse topics including geology, the Niger Delta, geoscience concepts, and broader energy industry insights. The initiative serves as a light but impactful way to stimulate interest, spark discussions, and keep members consistently engaged.</w:t>
      </w:r>
    </w:p>
    <w:p w:rsidR="003839BF" w:rsidRPr="003839BF" w:rsidRDefault="003839BF" w:rsidP="003839BF">
      <w:pPr>
        <w:spacing w:before="100" w:beforeAutospacing="1" w:after="100" w:afterAutospacing="1" w:line="240" w:lineRule="auto"/>
        <w:ind w:right="567"/>
        <w:jc w:val="both"/>
        <w:rPr>
          <w:rFonts w:eastAsia="Times New Roman" w:cs="Times New Roman"/>
          <w:szCs w:val="24"/>
        </w:rPr>
      </w:pPr>
      <w:r w:rsidRPr="003839BF">
        <w:rPr>
          <w:rFonts w:eastAsia="Times New Roman" w:cs="Times New Roman"/>
          <w:szCs w:val="24"/>
        </w:rPr>
        <w:t>Together, these initiatives have significantly enhanced interaction within the Chapter, creating a vibrant and knowledge-driven community beyond formal events.</w:t>
      </w:r>
      <w:bookmarkStart w:id="0" w:name="_GoBack"/>
      <w:bookmarkEnd w:id="0"/>
    </w:p>
    <w:p w:rsidR="003839BF" w:rsidRPr="003839BF" w:rsidRDefault="003839BF" w:rsidP="003839BF">
      <w:pPr>
        <w:spacing w:before="100" w:beforeAutospacing="1" w:after="100" w:afterAutospacing="1" w:line="240" w:lineRule="auto"/>
        <w:ind w:right="567"/>
        <w:jc w:val="both"/>
        <w:rPr>
          <w:rFonts w:eastAsia="Times New Roman" w:cs="Times New Roman"/>
          <w:szCs w:val="24"/>
        </w:rPr>
      </w:pPr>
      <w:r w:rsidRPr="003839BF">
        <w:rPr>
          <w:rFonts w:eastAsia="Times New Roman" w:cs="Times New Roman"/>
          <w:b/>
          <w:bCs/>
          <w:szCs w:val="24"/>
        </w:rPr>
        <w:t>Key Outcome:</w:t>
      </w:r>
      <w:r w:rsidRPr="003839BF">
        <w:rPr>
          <w:rFonts w:eastAsia="Times New Roman" w:cs="Times New Roman"/>
          <w:szCs w:val="24"/>
        </w:rPr>
        <w:t xml:space="preserve"> Sustained member engagement, improved knowledge retention, and strengthened sense of community through interactive and continuous learning platforms.</w:t>
      </w:r>
    </w:p>
    <w:p w:rsidR="00765F53" w:rsidRDefault="00930861" w:rsidP="003839BF">
      <w:pPr>
        <w:pStyle w:val="NormalWeb"/>
        <w:jc w:val="center"/>
        <w:rPr>
          <w:b/>
          <w:bCs/>
        </w:rPr>
      </w:pPr>
      <w:r w:rsidRPr="00930861">
        <w:rPr>
          <w:b/>
          <w:bCs/>
          <w:noProof/>
        </w:rPr>
        <w:drawing>
          <wp:inline distT="0" distB="0" distL="0" distR="0">
            <wp:extent cx="1567543" cy="1958969"/>
            <wp:effectExtent l="0" t="0" r="0" b="3810"/>
            <wp:docPr id="40" name="Picture 40" descr="C:\Users\maria\Desktop\NAPE AND COMEG\EVENTS\FEBRUARY 2026\FEBRUARY YP QUIZ WINNER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maria\Desktop\NAPE AND COMEG\EVENTS\FEBRUARY 2026\FEBRUARY YP QUIZ WINNERS.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81399" cy="1976286"/>
                    </a:xfrm>
                    <a:prstGeom prst="rect">
                      <a:avLst/>
                    </a:prstGeom>
                    <a:noFill/>
                    <a:ln>
                      <a:noFill/>
                    </a:ln>
                  </pic:spPr>
                </pic:pic>
              </a:graphicData>
            </a:graphic>
          </wp:inline>
        </w:drawing>
      </w:r>
      <w:r w:rsidR="00286C63">
        <w:rPr>
          <w:b/>
          <w:bCs/>
        </w:rPr>
        <w:t xml:space="preserve">   </w:t>
      </w:r>
      <w:r>
        <w:rPr>
          <w:b/>
          <w:bCs/>
          <w:noProof/>
        </w:rPr>
        <w:drawing>
          <wp:inline distT="0" distB="0" distL="0" distR="0" wp14:anchorId="79B883F9" wp14:editId="36ABE15E">
            <wp:extent cx="1575033" cy="1972854"/>
            <wp:effectExtent l="0" t="0" r="635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95714" cy="1998758"/>
                    </a:xfrm>
                    <a:prstGeom prst="rect">
                      <a:avLst/>
                    </a:prstGeom>
                    <a:noFill/>
                  </pic:spPr>
                </pic:pic>
              </a:graphicData>
            </a:graphic>
          </wp:inline>
        </w:drawing>
      </w:r>
      <w:r w:rsidR="00286C63">
        <w:rPr>
          <w:b/>
          <w:bCs/>
        </w:rPr>
        <w:t xml:space="preserve">   </w:t>
      </w:r>
      <w:r>
        <w:rPr>
          <w:b/>
          <w:bCs/>
          <w:noProof/>
        </w:rPr>
        <w:drawing>
          <wp:inline distT="0" distB="0" distL="0" distR="0" wp14:anchorId="6653D7C9">
            <wp:extent cx="1553775" cy="1935752"/>
            <wp:effectExtent l="0" t="0" r="889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16578" cy="2013994"/>
                    </a:xfrm>
                    <a:prstGeom prst="rect">
                      <a:avLst/>
                    </a:prstGeom>
                    <a:noFill/>
                  </pic:spPr>
                </pic:pic>
              </a:graphicData>
            </a:graphic>
          </wp:inline>
        </w:drawing>
      </w:r>
    </w:p>
    <w:p w:rsidR="00286C63" w:rsidRDefault="00286C63" w:rsidP="00286C63">
      <w:pPr>
        <w:pStyle w:val="NormalWeb"/>
        <w:jc w:val="both"/>
        <w:rPr>
          <w:b/>
          <w:bCs/>
        </w:rPr>
      </w:pPr>
      <w:r w:rsidRPr="00286C63">
        <w:rPr>
          <w:b/>
          <w:bCs/>
          <w:noProof/>
        </w:rPr>
        <w:drawing>
          <wp:inline distT="0" distB="0" distL="0" distR="0">
            <wp:extent cx="2117480" cy="1413614"/>
            <wp:effectExtent l="0" t="0" r="0" b="0"/>
            <wp:docPr id="43" name="Picture 43" descr="C:\Users\maria\AppData\Local\Packages\5319275A.WhatsAppDesktop_cv1g1gvanyjgm\LocalState\sessions\AEE75CDBF052999D511BF2E0F912362271EAD936\transfers\2026-16\WhatsApp Image 2026-04-21 at 11.11.3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aria\AppData\Local\Packages\5319275A.WhatsAppDesktop_cv1g1gvanyjgm\LocalState\sessions\AEE75CDBF052999D511BF2E0F912362271EAD936\transfers\2026-16\WhatsApp Image 2026-04-21 at 11.11.34 AM.jpe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34011" cy="1424650"/>
                    </a:xfrm>
                    <a:prstGeom prst="rect">
                      <a:avLst/>
                    </a:prstGeom>
                    <a:noFill/>
                    <a:ln>
                      <a:noFill/>
                    </a:ln>
                  </pic:spPr>
                </pic:pic>
              </a:graphicData>
            </a:graphic>
          </wp:inline>
        </w:drawing>
      </w:r>
      <w:r w:rsidR="00130DBE">
        <w:rPr>
          <w:b/>
          <w:bCs/>
        </w:rPr>
        <w:t xml:space="preserve"> </w:t>
      </w:r>
      <w:r>
        <w:rPr>
          <w:b/>
          <w:bCs/>
        </w:rPr>
        <w:t xml:space="preserve"> </w:t>
      </w:r>
      <w:r w:rsidR="00130DBE" w:rsidRPr="00130DBE">
        <w:rPr>
          <w:b/>
          <w:bCs/>
          <w:noProof/>
        </w:rPr>
        <w:drawing>
          <wp:inline distT="0" distB="0" distL="0" distR="0">
            <wp:extent cx="2145393" cy="1432249"/>
            <wp:effectExtent l="0" t="0" r="7620" b="0"/>
            <wp:docPr id="44" name="Picture 44" descr="C:\Users\maria\AppData\Local\Packages\5319275A.WhatsAppDesktop_cv1g1gvanyjgm\LocalState\sessions\AEE75CDBF052999D511BF2E0F912362271EAD936\transfers\2026-16\WhatsApp Image 2026-04-21 at 11.19.3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maria\AppData\Local\Packages\5319275A.WhatsAppDesktop_cv1g1gvanyjgm\LocalState\sessions\AEE75CDBF052999D511BF2E0F912362271EAD936\transfers\2026-16\WhatsApp Image 2026-04-21 at 11.19.36 AM.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65068" cy="1445384"/>
                    </a:xfrm>
                    <a:prstGeom prst="rect">
                      <a:avLst/>
                    </a:prstGeom>
                    <a:noFill/>
                    <a:ln>
                      <a:noFill/>
                    </a:ln>
                  </pic:spPr>
                </pic:pic>
              </a:graphicData>
            </a:graphic>
          </wp:inline>
        </w:drawing>
      </w:r>
      <w:r w:rsidR="00130DBE">
        <w:rPr>
          <w:b/>
          <w:bCs/>
        </w:rPr>
        <w:t xml:space="preserve">  </w:t>
      </w:r>
      <w:r w:rsidR="00130DBE" w:rsidRPr="00130DBE">
        <w:rPr>
          <w:b/>
          <w:bCs/>
          <w:noProof/>
        </w:rPr>
        <w:drawing>
          <wp:inline distT="0" distB="0" distL="0" distR="0">
            <wp:extent cx="2118049" cy="1413994"/>
            <wp:effectExtent l="0" t="0" r="0" b="0"/>
            <wp:docPr id="45" name="Picture 45" descr="C:\Users\maria\AppData\Local\Packages\5319275A.WhatsAppDesktop_cv1g1gvanyjgm\LocalState\sessions\AEE75CDBF052999D511BF2E0F912362271EAD936\transfers\2026-16\WhatsApp Image 2026-04-21 at 11.20.0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maria\AppData\Local\Packages\5319275A.WhatsAppDesktop_cv1g1gvanyjgm\LocalState\sessions\AEE75CDBF052999D511BF2E0F912362271EAD936\transfers\2026-16\WhatsApp Image 2026-04-21 at 11.20.08 AM.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66227" cy="1446157"/>
                    </a:xfrm>
                    <a:prstGeom prst="rect">
                      <a:avLst/>
                    </a:prstGeom>
                    <a:noFill/>
                    <a:ln>
                      <a:noFill/>
                    </a:ln>
                  </pic:spPr>
                </pic:pic>
              </a:graphicData>
            </a:graphic>
          </wp:inline>
        </w:drawing>
      </w:r>
    </w:p>
    <w:p w:rsidR="003839BF" w:rsidRDefault="00130DBE" w:rsidP="009811E5">
      <w:pPr>
        <w:pStyle w:val="NormalWeb"/>
        <w:jc w:val="center"/>
        <w:rPr>
          <w:b/>
          <w:bCs/>
        </w:rPr>
      </w:pPr>
      <w:r w:rsidRPr="00130DBE">
        <w:rPr>
          <w:b/>
          <w:bCs/>
          <w:noProof/>
        </w:rPr>
        <w:lastRenderedPageBreak/>
        <w:drawing>
          <wp:inline distT="0" distB="0" distL="0" distR="0">
            <wp:extent cx="1478902" cy="1478902"/>
            <wp:effectExtent l="0" t="0" r="7620" b="7620"/>
            <wp:docPr id="46" name="Picture 46" descr="C:\Users\maria\Desktop\NAPE AND COMEG\EVENTS\MONTHLY PROGRAMS\fun fact 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maria\Desktop\NAPE AND COMEG\EVENTS\MONTHLY PROGRAMS\fun fact a.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86938" cy="1486938"/>
                    </a:xfrm>
                    <a:prstGeom prst="rect">
                      <a:avLst/>
                    </a:prstGeom>
                    <a:noFill/>
                    <a:ln>
                      <a:noFill/>
                    </a:ln>
                  </pic:spPr>
                </pic:pic>
              </a:graphicData>
            </a:graphic>
          </wp:inline>
        </w:drawing>
      </w:r>
      <w:r w:rsidRPr="00130DBE">
        <w:rPr>
          <w:b/>
          <w:bCs/>
          <w:noProof/>
        </w:rPr>
        <w:drawing>
          <wp:inline distT="0" distB="0" distL="0" distR="0">
            <wp:extent cx="1487844" cy="1487844"/>
            <wp:effectExtent l="0" t="0" r="0" b="0"/>
            <wp:docPr id="47" name="Picture 47" descr="C:\Users\maria\Desktop\NAPE AND COMEG\EVENTS\MONTHLY PROGRAMS\fun fact b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maria\Desktop\NAPE AND COMEG\EVENTS\MONTHLY PROGRAMS\fun fact bjpeg.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01141" cy="1501141"/>
                    </a:xfrm>
                    <a:prstGeom prst="rect">
                      <a:avLst/>
                    </a:prstGeom>
                    <a:noFill/>
                    <a:ln>
                      <a:noFill/>
                    </a:ln>
                  </pic:spPr>
                </pic:pic>
              </a:graphicData>
            </a:graphic>
          </wp:inline>
        </w:drawing>
      </w:r>
      <w:r w:rsidRPr="00130DBE">
        <w:rPr>
          <w:b/>
          <w:bCs/>
          <w:noProof/>
        </w:rPr>
        <w:drawing>
          <wp:inline distT="0" distB="0" distL="0" distR="0">
            <wp:extent cx="1483567" cy="1483567"/>
            <wp:effectExtent l="0" t="0" r="2540" b="2540"/>
            <wp:docPr id="48" name="Picture 48" descr="C:\Users\maria\Desktop\NAPE AND COMEG\EVENTS\MONTHLY PROGRAMS\fun fact 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maria\Desktop\NAPE AND COMEG\EVENTS\MONTHLY PROGRAMS\fun fact c.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flipV="1">
                      <a:off x="0" y="0"/>
                      <a:ext cx="1498686" cy="1498686"/>
                    </a:xfrm>
                    <a:prstGeom prst="rect">
                      <a:avLst/>
                    </a:prstGeom>
                    <a:noFill/>
                    <a:ln>
                      <a:noFill/>
                    </a:ln>
                  </pic:spPr>
                </pic:pic>
              </a:graphicData>
            </a:graphic>
          </wp:inline>
        </w:drawing>
      </w:r>
      <w:r>
        <w:rPr>
          <w:b/>
          <w:bCs/>
        </w:rPr>
        <w:t xml:space="preserve"> </w:t>
      </w:r>
      <w:r w:rsidRPr="00130DBE">
        <w:rPr>
          <w:b/>
          <w:bCs/>
          <w:noProof/>
        </w:rPr>
        <w:drawing>
          <wp:inline distT="0" distB="0" distL="0" distR="0">
            <wp:extent cx="1450301" cy="1450301"/>
            <wp:effectExtent l="0" t="0" r="0" b="0"/>
            <wp:docPr id="49" name="Picture 49" descr="C:\Users\maria\Desktop\NAPE AND COMEG\EVENTS\MONTHLY PROGRAMS\fun fact 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maria\Desktop\NAPE AND COMEG\EVENTS\MONTHLY PROGRAMS\fun fact d.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64842" cy="1464842"/>
                    </a:xfrm>
                    <a:prstGeom prst="rect">
                      <a:avLst/>
                    </a:prstGeom>
                    <a:noFill/>
                    <a:ln>
                      <a:noFill/>
                    </a:ln>
                  </pic:spPr>
                </pic:pic>
              </a:graphicData>
            </a:graphic>
          </wp:inline>
        </w:drawing>
      </w:r>
    </w:p>
    <w:p w:rsidR="00930861" w:rsidRPr="00765F53" w:rsidRDefault="00930861" w:rsidP="00765F53">
      <w:pPr>
        <w:pStyle w:val="NormalWeb"/>
        <w:rPr>
          <w:b/>
          <w:bCs/>
        </w:rPr>
      </w:pPr>
    </w:p>
    <w:sectPr w:rsidR="00930861" w:rsidRPr="00765F53" w:rsidSect="001F0D3B">
      <w:pgSz w:w="12240" w:h="15840"/>
      <w:pgMar w:top="993" w:right="474" w:bottom="568"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DFB1577"/>
    <w:multiLevelType w:val="hybridMultilevel"/>
    <w:tmpl w:val="A628D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30DBE"/>
    <w:rsid w:val="0015074B"/>
    <w:rsid w:val="001812EC"/>
    <w:rsid w:val="001C3E0B"/>
    <w:rsid w:val="001F0D3B"/>
    <w:rsid w:val="001F159A"/>
    <w:rsid w:val="002207C2"/>
    <w:rsid w:val="00286C63"/>
    <w:rsid w:val="0029639D"/>
    <w:rsid w:val="00326F90"/>
    <w:rsid w:val="003839BF"/>
    <w:rsid w:val="006C4929"/>
    <w:rsid w:val="00737FC5"/>
    <w:rsid w:val="00765F53"/>
    <w:rsid w:val="00930861"/>
    <w:rsid w:val="009811E5"/>
    <w:rsid w:val="009B4D0F"/>
    <w:rsid w:val="009F5F05"/>
    <w:rsid w:val="00AA1D8D"/>
    <w:rsid w:val="00B47730"/>
    <w:rsid w:val="00CB0664"/>
    <w:rsid w:val="00EE31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F88ED4"/>
  <w14:defaultImageDpi w14:val="300"/>
  <w15:docId w15:val="{5F8DCAEF-0965-4E4B-BB70-53DA279E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E31B2"/>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7746">
      <w:bodyDiv w:val="1"/>
      <w:marLeft w:val="0"/>
      <w:marRight w:val="0"/>
      <w:marTop w:val="0"/>
      <w:marBottom w:val="0"/>
      <w:divBdr>
        <w:top w:val="none" w:sz="0" w:space="0" w:color="auto"/>
        <w:left w:val="none" w:sz="0" w:space="0" w:color="auto"/>
        <w:bottom w:val="none" w:sz="0" w:space="0" w:color="auto"/>
        <w:right w:val="none" w:sz="0" w:space="0" w:color="auto"/>
      </w:divBdr>
    </w:div>
    <w:div w:id="160580968">
      <w:bodyDiv w:val="1"/>
      <w:marLeft w:val="0"/>
      <w:marRight w:val="0"/>
      <w:marTop w:val="0"/>
      <w:marBottom w:val="0"/>
      <w:divBdr>
        <w:top w:val="none" w:sz="0" w:space="0" w:color="auto"/>
        <w:left w:val="none" w:sz="0" w:space="0" w:color="auto"/>
        <w:bottom w:val="none" w:sz="0" w:space="0" w:color="auto"/>
        <w:right w:val="none" w:sz="0" w:space="0" w:color="auto"/>
      </w:divBdr>
    </w:div>
    <w:div w:id="508759521">
      <w:bodyDiv w:val="1"/>
      <w:marLeft w:val="0"/>
      <w:marRight w:val="0"/>
      <w:marTop w:val="0"/>
      <w:marBottom w:val="0"/>
      <w:divBdr>
        <w:top w:val="none" w:sz="0" w:space="0" w:color="auto"/>
        <w:left w:val="none" w:sz="0" w:space="0" w:color="auto"/>
        <w:bottom w:val="none" w:sz="0" w:space="0" w:color="auto"/>
        <w:right w:val="none" w:sz="0" w:space="0" w:color="auto"/>
      </w:divBdr>
    </w:div>
    <w:div w:id="861478057">
      <w:bodyDiv w:val="1"/>
      <w:marLeft w:val="0"/>
      <w:marRight w:val="0"/>
      <w:marTop w:val="0"/>
      <w:marBottom w:val="0"/>
      <w:divBdr>
        <w:top w:val="none" w:sz="0" w:space="0" w:color="auto"/>
        <w:left w:val="none" w:sz="0" w:space="0" w:color="auto"/>
        <w:bottom w:val="none" w:sz="0" w:space="0" w:color="auto"/>
        <w:right w:val="none" w:sz="0" w:space="0" w:color="auto"/>
      </w:divBdr>
    </w:div>
    <w:div w:id="1393699624">
      <w:bodyDiv w:val="1"/>
      <w:marLeft w:val="0"/>
      <w:marRight w:val="0"/>
      <w:marTop w:val="0"/>
      <w:marBottom w:val="0"/>
      <w:divBdr>
        <w:top w:val="none" w:sz="0" w:space="0" w:color="auto"/>
        <w:left w:val="none" w:sz="0" w:space="0" w:color="auto"/>
        <w:bottom w:val="none" w:sz="0" w:space="0" w:color="auto"/>
        <w:right w:val="none" w:sz="0" w:space="0" w:color="auto"/>
      </w:divBdr>
    </w:div>
    <w:div w:id="1495535637">
      <w:bodyDiv w:val="1"/>
      <w:marLeft w:val="0"/>
      <w:marRight w:val="0"/>
      <w:marTop w:val="0"/>
      <w:marBottom w:val="0"/>
      <w:divBdr>
        <w:top w:val="none" w:sz="0" w:space="0" w:color="auto"/>
        <w:left w:val="none" w:sz="0" w:space="0" w:color="auto"/>
        <w:bottom w:val="none" w:sz="0" w:space="0" w:color="auto"/>
        <w:right w:val="none" w:sz="0" w:space="0" w:color="auto"/>
      </w:divBdr>
    </w:div>
    <w:div w:id="1521312234">
      <w:bodyDiv w:val="1"/>
      <w:marLeft w:val="0"/>
      <w:marRight w:val="0"/>
      <w:marTop w:val="0"/>
      <w:marBottom w:val="0"/>
      <w:divBdr>
        <w:top w:val="none" w:sz="0" w:space="0" w:color="auto"/>
        <w:left w:val="none" w:sz="0" w:space="0" w:color="auto"/>
        <w:bottom w:val="none" w:sz="0" w:space="0" w:color="auto"/>
        <w:right w:val="none" w:sz="0" w:space="0" w:color="auto"/>
      </w:divBdr>
    </w:div>
    <w:div w:id="1763913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pn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png"/><Relationship Id="rId45"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fontTable" Target="fontTable.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0" Type="http://schemas.openxmlformats.org/officeDocument/2006/relationships/image" Target="media/image15.wmf"/><Relationship Id="rId41"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361DD-B682-4B24-A2CD-8242A31BD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Mariam Yahaya-Shiru</cp:lastModifiedBy>
  <cp:revision>2</cp:revision>
  <dcterms:created xsi:type="dcterms:W3CDTF">2026-04-21T10:30:00Z</dcterms:created>
  <dcterms:modified xsi:type="dcterms:W3CDTF">2026-04-21T10:30:00Z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b6b73bc7-42c1-49c3-a432-19402cc37bd1</vt:lpwstr>
  </property>
</Properties>
</file>